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OT2" Type="http://schemas.microsoft.com/office/2006/relationships/ui/userCustomization" Target="userCustomization/customUI.xml"/><Relationship Id="rId2" Type="http://schemas.openxmlformats.org/package/2006/relationships/metadata/core-properties" Target="docProps/core.xml"/><Relationship Id="rId1" Type="http://schemas.openxmlformats.org/officeDocument/2006/relationships/officeDocument" Target="word/document.xml"/><Relationship Id="rIdOT1" Type="http://schemas.microsoft.com/office/2006/relationships/ui/extensibility" Target="customUI/customUI.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29E73" w14:textId="77777777" w:rsidR="00614C7B" w:rsidRPr="007928FF" w:rsidRDefault="00000000" w:rsidP="00170389">
      <w:pPr>
        <w:pStyle w:val="OTMarque"/>
        <w:rPr>
          <w:lang w:val="fr-CA"/>
        </w:rPr>
      </w:pPr>
      <w:r w:rsidRPr="007928FF">
        <w:rPr>
          <w:lang w:val="fr-CA"/>
        </w:rPr>
        <w:t>ORGANISATIONS &amp; TERRITOIRES</w:t>
      </w:r>
    </w:p>
    <w:p w14:paraId="07359193" w14:textId="6A994B37" w:rsidR="00614C7B" w:rsidRPr="007928FF" w:rsidRDefault="00000000" w:rsidP="00170389">
      <w:pPr>
        <w:pStyle w:val="OTInstruction"/>
        <w:rPr>
          <w:lang w:val="fr-CA"/>
        </w:rPr>
      </w:pPr>
      <w:r w:rsidRPr="007928FF">
        <w:rPr>
          <w:lang w:val="fr-CA"/>
        </w:rPr>
        <w:t>MODÈLE OFFICIEL DE MANUSCRIT — V1.3 — Guide des auteurs v1.3 (05 octobre 2026)</w:t>
      </w:r>
    </w:p>
    <w:tbl>
      <w:tblPr>
        <w:tblStyle w:val="OTCadreinstruction"/>
        <w:tblW w:w="0" w:type="auto"/>
        <w:jc w:val="center"/>
        <w:tblInd w:w="0" w:type="dxa"/>
        <w:tblBorders>
          <w:insideH w:val="single" w:sz="4" w:space="0" w:color="C8C8C8"/>
          <w:insideV w:val="single" w:sz="4" w:space="0" w:color="C8C8C8"/>
        </w:tblBorders>
        <w:tblLayout w:type="fixed"/>
        <w:tblLook w:val="04A0" w:firstRow="1" w:lastRow="0" w:firstColumn="1" w:lastColumn="0" w:noHBand="0" w:noVBand="1"/>
      </w:tblPr>
      <w:tblGrid>
        <w:gridCol w:w="9360"/>
      </w:tblGrid>
      <w:tr w:rsidR="00614C7B" w:rsidRPr="007928FF" w14:paraId="028F73E6" w14:textId="77777777">
        <w:trPr>
          <w:jc w:val="center"/>
        </w:trPr>
        <w:tc>
          <w:tcPr>
            <w:tcW w:w="9360" w:type="dxa"/>
            <w:tcBorders>
              <w:top w:val="single" w:sz="5" w:space="0" w:color="C8C8C8"/>
              <w:left w:val="single" w:sz="5" w:space="0" w:color="C8C8C8"/>
              <w:bottom w:val="single" w:sz="5" w:space="0" w:color="C8C8C8"/>
              <w:right w:val="single" w:sz="5" w:space="0" w:color="C8C8C8"/>
            </w:tcBorders>
            <w:shd w:val="clear" w:color="auto" w:fill="F7F7F7"/>
            <w:tcMar>
              <w:top w:w="100" w:type="dxa"/>
              <w:left w:w="120" w:type="dxa"/>
              <w:bottom w:w="100" w:type="dxa"/>
              <w:right w:w="120" w:type="dxa"/>
            </w:tcMar>
          </w:tcPr>
          <w:p w14:paraId="2D1E682E" w14:textId="699569F5" w:rsidR="00614C7B" w:rsidRPr="007928FF" w:rsidRDefault="00000000" w:rsidP="007928FF">
            <w:pPr>
              <w:pStyle w:val="OTInstruction"/>
              <w:rPr>
                <w:lang w:val="fr-CA"/>
              </w:rPr>
            </w:pPr>
            <w:r w:rsidRPr="007928FF">
              <w:rPr>
                <w:lang w:val="fr-CA"/>
              </w:rPr>
              <w:t>À SUPPRIMER AVANT SOUMISSION. Remplacez les zones entre crochets et utilisez uniquement les styles O&amp;T. La mise en forme générale est protégée. Les tableaux Word utilisent par défaut le style O&amp;T Tableau standard. Les graphiques Word/Excel utilisent le thème O&amp;T intégré (Garamond et palette O&amp;T). Les figures doivent être en couleur, en haute résolution (300 ppp) et en version modifiable lorsque possible; les tableaux doivent rester modifiables. La largeur maximale est de 15 cm. La génération d’une figure ou d’une image par une IA générative est interdite.</w:t>
            </w:r>
          </w:p>
        </w:tc>
      </w:tr>
    </w:tbl>
    <w:p w14:paraId="545DE119" w14:textId="77777777" w:rsidR="00614C7B" w:rsidRPr="007928FF" w:rsidRDefault="00000000" w:rsidP="00170389">
      <w:pPr>
        <w:pStyle w:val="OTSection"/>
        <w:rPr>
          <w:lang w:val="fr-CA"/>
        </w:rPr>
      </w:pPr>
      <w:r w:rsidRPr="007928FF">
        <w:rPr>
          <w:lang w:val="fr-CA"/>
        </w:rPr>
        <w:t>[ESPACE LIBRE / DOSSIER THÉMATIQUE / AUTRE SECTION]</w:t>
      </w:r>
    </w:p>
    <w:p w14:paraId="30914BCF" w14:textId="77777777" w:rsidR="00614C7B" w:rsidRPr="007928FF" w:rsidRDefault="00000000">
      <w:pPr>
        <w:pStyle w:val="OTTitrearticle"/>
        <w:rPr>
          <w:lang w:val="fr-CA"/>
        </w:rPr>
      </w:pPr>
      <w:r w:rsidRPr="007928FF">
        <w:rPr>
          <w:lang w:val="fr-CA"/>
        </w:rPr>
        <w:t>[Titre complet de l’article : clair, précis et informatif]</w:t>
      </w:r>
    </w:p>
    <w:p w14:paraId="511618DE" w14:textId="77777777" w:rsidR="00614C7B" w:rsidRPr="007928FF" w:rsidRDefault="00000000">
      <w:pPr>
        <w:pStyle w:val="OTAuteurs"/>
        <w:rPr>
          <w:lang w:val="fr-CA"/>
        </w:rPr>
      </w:pPr>
      <w:r w:rsidRPr="007928FF">
        <w:rPr>
          <w:lang w:val="fr-CA"/>
        </w:rPr>
        <w:t xml:space="preserve">[Prénom </w:t>
      </w:r>
      <w:proofErr w:type="gramStart"/>
      <w:r w:rsidRPr="007928FF">
        <w:rPr>
          <w:lang w:val="fr-CA"/>
        </w:rPr>
        <w:t>Nom]</w:t>
      </w:r>
      <w:r w:rsidRPr="007928FF">
        <w:rPr>
          <w:rFonts w:ascii="Times New Roman" w:hAnsi="Times New Roman" w:cs="Times New Roman"/>
        </w:rPr>
        <w:t>ᵃ</w:t>
      </w:r>
      <w:proofErr w:type="gramEnd"/>
      <w:r w:rsidRPr="007928FF">
        <w:rPr>
          <w:lang w:val="fr-CA"/>
        </w:rPr>
        <w:t xml:space="preserve">, [Prénom </w:t>
      </w:r>
      <w:proofErr w:type="gramStart"/>
      <w:r w:rsidRPr="007928FF">
        <w:rPr>
          <w:lang w:val="fr-CA"/>
        </w:rPr>
        <w:t>Nom]</w:t>
      </w:r>
      <w:r w:rsidRPr="007928FF">
        <w:rPr>
          <w:rFonts w:ascii="Times New Roman" w:hAnsi="Times New Roman" w:cs="Times New Roman"/>
        </w:rPr>
        <w:t>ᵇ</w:t>
      </w:r>
      <w:proofErr w:type="gramEnd"/>
      <w:r w:rsidRPr="007928FF">
        <w:rPr>
          <w:lang w:val="fr-CA"/>
        </w:rPr>
        <w:t xml:space="preserve">, [Prénom </w:t>
      </w:r>
      <w:proofErr w:type="gramStart"/>
      <w:r w:rsidRPr="007928FF">
        <w:rPr>
          <w:lang w:val="fr-CA"/>
        </w:rPr>
        <w:t>Nom]</w:t>
      </w:r>
      <w:r w:rsidRPr="007928FF">
        <w:rPr>
          <w:rFonts w:ascii="Times New Roman" w:hAnsi="Times New Roman" w:cs="Times New Roman"/>
        </w:rPr>
        <w:t>ᶜ</w:t>
      </w:r>
      <w:proofErr w:type="gramEnd"/>
    </w:p>
    <w:p w14:paraId="57C4E03A" w14:textId="77777777" w:rsidR="00614C7B" w:rsidRPr="007928FF" w:rsidRDefault="00000000">
      <w:pPr>
        <w:pStyle w:val="OTAffiliation"/>
        <w:rPr>
          <w:lang w:val="fr-CA"/>
        </w:rPr>
      </w:pPr>
      <w:r>
        <w:t>ᵃ</w:t>
      </w:r>
      <w:r w:rsidRPr="007928FF">
        <w:rPr>
          <w:lang w:val="fr-CA"/>
        </w:rPr>
        <w:t xml:space="preserve"> [Titre/fonction, unité, institution, ville, pays]</w:t>
      </w:r>
    </w:p>
    <w:p w14:paraId="36DAFA45" w14:textId="77777777" w:rsidR="00614C7B" w:rsidRPr="007928FF" w:rsidRDefault="00000000">
      <w:pPr>
        <w:pStyle w:val="OTAffiliation"/>
        <w:rPr>
          <w:lang w:val="fr-CA"/>
        </w:rPr>
      </w:pPr>
      <w:r>
        <w:t>ᵇ</w:t>
      </w:r>
      <w:r w:rsidRPr="007928FF">
        <w:rPr>
          <w:lang w:val="fr-CA"/>
        </w:rPr>
        <w:t xml:space="preserve"> [Titre/fonction, unité, institution, ville, pays]</w:t>
      </w:r>
    </w:p>
    <w:p w14:paraId="09C003CF" w14:textId="77777777" w:rsidR="00614C7B" w:rsidRPr="007928FF" w:rsidRDefault="00000000" w:rsidP="00170389">
      <w:pPr>
        <w:pStyle w:val="OTAffiliation"/>
        <w:rPr>
          <w:lang w:val="fr-CA"/>
        </w:rPr>
      </w:pPr>
      <w:r w:rsidRPr="007928FF">
        <w:rPr>
          <w:rFonts w:ascii="Times New Roman" w:hAnsi="Times New Roman" w:cs="Times New Roman"/>
        </w:rPr>
        <w:t>ᶜ</w:t>
      </w:r>
      <w:r w:rsidRPr="007928FF">
        <w:rPr>
          <w:lang w:val="fr-CA"/>
        </w:rPr>
        <w:t xml:space="preserve"> [Titre/fonction, unité, institution, ville, pays]</w:t>
      </w:r>
    </w:p>
    <w:p w14:paraId="265ECE67" w14:textId="77777777" w:rsidR="00614C7B" w:rsidRPr="007928FF" w:rsidRDefault="00000000">
      <w:pPr>
        <w:pStyle w:val="OTRsum"/>
        <w:rPr>
          <w:lang w:val="fr-CA"/>
        </w:rPr>
      </w:pPr>
      <w:r w:rsidRPr="007928FF">
        <w:rPr>
          <w:lang w:val="fr-CA"/>
        </w:rPr>
        <w:t>RÉSUMÉ. [150 mots maximum. Présenter de manière autonome l’objet, la démarche, les principaux résultats et la contribution.]</w:t>
      </w:r>
    </w:p>
    <w:p w14:paraId="1E2113B8" w14:textId="77777777" w:rsidR="00614C7B" w:rsidRPr="007928FF" w:rsidRDefault="00000000">
      <w:pPr>
        <w:pStyle w:val="OTMots-cls"/>
        <w:rPr>
          <w:lang w:val="fr-CA"/>
        </w:rPr>
      </w:pPr>
      <w:r w:rsidRPr="007928FF">
        <w:rPr>
          <w:lang w:val="fr-CA"/>
        </w:rPr>
        <w:t>Mots clés : [mot clé 1, mot clé 2, mot clé 3, …]</w:t>
      </w:r>
    </w:p>
    <w:p w14:paraId="75FE4C90" w14:textId="77777777" w:rsidR="00614C7B" w:rsidRDefault="00000000">
      <w:pPr>
        <w:pStyle w:val="OTRsum"/>
      </w:pPr>
      <w:r w:rsidRPr="00170389">
        <w:t>ABSTRACT. [English version of the abstract, 150 words maximum.]</w:t>
      </w:r>
    </w:p>
    <w:p w14:paraId="37CC1E88" w14:textId="77777777" w:rsidR="00614C7B" w:rsidRPr="007928FF" w:rsidRDefault="00000000">
      <w:pPr>
        <w:pStyle w:val="OTMots-cls"/>
        <w:rPr>
          <w:lang w:val="fr-CA"/>
        </w:rPr>
      </w:pPr>
      <w:r w:rsidRPr="007928FF">
        <w:rPr>
          <w:lang w:val="fr-CA"/>
        </w:rPr>
        <w:t>Keywords: [keyword 1, keyword 2, keyword 3, …]</w:t>
      </w:r>
    </w:p>
    <w:p w14:paraId="2CBC28BD" w14:textId="77777777" w:rsidR="00614C7B" w:rsidRPr="007928FF" w:rsidRDefault="00000000">
      <w:pPr>
        <w:pStyle w:val="OTIntroduction"/>
        <w:rPr>
          <w:lang w:val="fr-CA"/>
        </w:rPr>
      </w:pPr>
      <w:r w:rsidRPr="007928FF">
        <w:rPr>
          <w:lang w:val="fr-CA"/>
        </w:rPr>
        <w:t>Introduction</w:t>
      </w:r>
    </w:p>
    <w:p w14:paraId="4973B2A0" w14:textId="77777777" w:rsidR="00614C7B" w:rsidRPr="007928FF" w:rsidRDefault="00000000">
      <w:pPr>
        <w:pStyle w:val="OTCorpsdetexte"/>
        <w:rPr>
          <w:lang w:val="fr-CA"/>
        </w:rPr>
      </w:pPr>
      <w:r w:rsidRPr="007928FF">
        <w:rPr>
          <w:lang w:val="fr-CA"/>
        </w:rPr>
        <w:t>[Présenter le contexte, la problématique, l’objectif ou la question de recherche, la contribution attendue et la structure de l’article.]</w:t>
      </w:r>
    </w:p>
    <w:p w14:paraId="76988767" w14:textId="77777777" w:rsidR="00614C7B" w:rsidRPr="007928FF" w:rsidRDefault="00000000">
      <w:pPr>
        <w:pStyle w:val="OTTitre1"/>
        <w:rPr>
          <w:lang w:val="fr-CA"/>
        </w:rPr>
      </w:pPr>
      <w:r w:rsidRPr="007928FF">
        <w:rPr>
          <w:lang w:val="fr-CA"/>
        </w:rPr>
        <w:t>[Titre de la première section]</w:t>
      </w:r>
    </w:p>
    <w:p w14:paraId="548F6E1B" w14:textId="77777777" w:rsidR="00614C7B" w:rsidRPr="007928FF" w:rsidRDefault="00000000">
      <w:pPr>
        <w:pStyle w:val="OTCorpsdetexte"/>
        <w:rPr>
          <w:lang w:val="fr-CA"/>
        </w:rPr>
      </w:pPr>
      <w:r w:rsidRPr="007928FF">
        <w:rPr>
          <w:lang w:val="fr-CA"/>
        </w:rPr>
        <w:t>[Développer l’argumentation. Les citations paraphrasées utilisent la méthode auteur-date, par exemple (Simard, 2015). Pour trois auteurs ou plus, utiliser « et collab. » dans le texte.]</w:t>
      </w:r>
    </w:p>
    <w:p w14:paraId="1D7FED09" w14:textId="77777777" w:rsidR="00614C7B" w:rsidRDefault="00000000">
      <w:pPr>
        <w:pStyle w:val="OTTitre2"/>
      </w:pPr>
      <w:r>
        <w:t>[Sous-section]</w:t>
      </w:r>
    </w:p>
    <w:p w14:paraId="4FB522F9" w14:textId="77777777" w:rsidR="00614C7B" w:rsidRPr="007928FF" w:rsidRDefault="00000000">
      <w:pPr>
        <w:pStyle w:val="OTCorpsdetexte"/>
        <w:rPr>
          <w:lang w:val="fr-CA"/>
        </w:rPr>
      </w:pPr>
      <w:r w:rsidRPr="007928FF">
        <w:rPr>
          <w:lang w:val="fr-CA"/>
        </w:rPr>
        <w:t>[Définir tout sigle ou acronyme lors de sa première occurrence. Mettre en italique les termes ou expressions en langue étrangère.]</w:t>
      </w:r>
    </w:p>
    <w:p w14:paraId="730B86D7" w14:textId="77777777" w:rsidR="00614C7B" w:rsidRDefault="00000000">
      <w:pPr>
        <w:pStyle w:val="OTTitre3"/>
      </w:pPr>
      <w:r>
        <w:t>[Sous-sous-section]</w:t>
      </w:r>
    </w:p>
    <w:p w14:paraId="1C40E4E3" w14:textId="77777777" w:rsidR="00614C7B" w:rsidRPr="007928FF" w:rsidRDefault="00000000">
      <w:pPr>
        <w:pStyle w:val="OTCorpsdetexte"/>
        <w:rPr>
          <w:lang w:val="fr-CA"/>
        </w:rPr>
      </w:pPr>
      <w:r w:rsidRPr="007928FF">
        <w:rPr>
          <w:lang w:val="fr-CA"/>
        </w:rPr>
        <w:t>[Troisième et dernier niveau autorisé par le Guide des auteurs.]</w:t>
      </w:r>
    </w:p>
    <w:p w14:paraId="009998D5" w14:textId="77777777" w:rsidR="00614C7B" w:rsidRPr="007928FF" w:rsidRDefault="00000000">
      <w:pPr>
        <w:pStyle w:val="OTIntroduction"/>
        <w:rPr>
          <w:lang w:val="fr-CA"/>
        </w:rPr>
      </w:pPr>
      <w:r w:rsidRPr="007928FF">
        <w:rPr>
          <w:lang w:val="fr-CA"/>
        </w:rPr>
        <w:t>Exemple de citation longue à conserver uniquement si nécessaire</w:t>
      </w:r>
    </w:p>
    <w:p w14:paraId="1F88D7FB" w14:textId="4549A1AC" w:rsidR="00614C7B" w:rsidRPr="007928FF" w:rsidRDefault="00000000">
      <w:pPr>
        <w:pStyle w:val="OTCitationlongue"/>
        <w:rPr>
          <w:lang w:val="fr-CA"/>
        </w:rPr>
      </w:pPr>
      <w:r w:rsidRPr="007928FF">
        <w:rPr>
          <w:lang w:val="fr-CA"/>
        </w:rPr>
        <w:t>[Insérer ici une citation de plus de 40 mots en retrait. Marge de gauche : 1 cm; marge de droite : 14,25 cm. La référence auteur-date-page doit accompagner la citation, conformément au Guide des auteurs.]</w:t>
      </w:r>
    </w:p>
    <w:p w14:paraId="5FD27F4A" w14:textId="77777777" w:rsidR="00614C7B" w:rsidRPr="007928FF" w:rsidRDefault="00000000">
      <w:pPr>
        <w:pStyle w:val="OTTitre1"/>
        <w:rPr>
          <w:lang w:val="fr-CA"/>
        </w:rPr>
      </w:pPr>
      <w:r w:rsidRPr="007928FF">
        <w:rPr>
          <w:lang w:val="fr-CA"/>
        </w:rPr>
        <w:t>[Section comportant une figure ou un tableau]</w:t>
      </w:r>
    </w:p>
    <w:p w14:paraId="296A2DB0" w14:textId="141AFB83" w:rsidR="00614C7B" w:rsidRPr="007928FF" w:rsidRDefault="00000000">
      <w:pPr>
        <w:pStyle w:val="OTCorpsdetexte"/>
        <w:rPr>
          <w:lang w:val="fr-CA"/>
        </w:rPr>
      </w:pPr>
      <w:r w:rsidRPr="007928FF">
        <w:rPr>
          <w:lang w:val="fr-CA"/>
        </w:rPr>
        <w:t>[Insérer chaque figure, graphique ou tableau immédiatement après sa première mention. Les nouveaux tableaux Word utilisent le style par défaut O&amp;T Tableau standard et doivent rester modifiables. Les graphiques Word/Excel héritent du thème O&amp;T intégré au document (Garamond et palette O&amp;T). Les figures doivent être en couleur, en haute résolution (300 ppp) et en version modifiable lorsque possible; la largeur maximale est de 15 cm. La génération d’une figure ou d’une image par une IA générative est interdite.]</w:t>
      </w:r>
    </w:p>
    <w:p w14:paraId="69677507" w14:textId="77777777" w:rsidR="00614C7B" w:rsidRPr="007928FF" w:rsidRDefault="00000000">
      <w:pPr>
        <w:pStyle w:val="OTFigure"/>
        <w:rPr>
          <w:lang w:val="fr-CA"/>
        </w:rPr>
      </w:pPr>
      <w:r w:rsidRPr="007928FF">
        <w:rPr>
          <w:lang w:val="fr-CA"/>
        </w:rPr>
        <w:t>[Insérer ici la figure ou le graphique Word/Excel modifiable]</w:t>
      </w:r>
    </w:p>
    <w:p w14:paraId="4101814F" w14:textId="77777777" w:rsidR="00614C7B" w:rsidRPr="007928FF" w:rsidRDefault="00000000">
      <w:pPr>
        <w:pStyle w:val="OTLgendefigure"/>
        <w:rPr>
          <w:lang w:val="fr-CA"/>
        </w:rPr>
      </w:pPr>
      <w:r w:rsidRPr="007928FF">
        <w:rPr>
          <w:lang w:val="fr-CA"/>
        </w:rPr>
        <w:t xml:space="preserve">Figure </w:t>
      </w:r>
      <w:r>
        <w:fldChar w:fldCharType="begin"/>
      </w:r>
      <w:r w:rsidRPr="007928FF">
        <w:rPr>
          <w:lang w:val="fr-CA"/>
        </w:rPr>
        <w:instrText xml:space="preserve"> SEQ Figure \* ARABIC </w:instrText>
      </w:r>
      <w:r>
        <w:fldChar w:fldCharType="separate"/>
      </w:r>
      <w:r w:rsidR="001E4C9F" w:rsidRPr="007928FF">
        <w:rPr>
          <w:lang w:val="fr-CA"/>
        </w:rPr>
        <w:t>1</w:t>
      </w:r>
      <w:r>
        <w:fldChar w:fldCharType="end"/>
      </w:r>
      <w:r w:rsidRPr="007928FF">
        <w:rPr>
          <w:lang w:val="fr-CA"/>
        </w:rPr>
        <w:t xml:space="preserve"> – [Titre descriptif de la figure]</w:t>
      </w:r>
    </w:p>
    <w:p w14:paraId="71CA7F86" w14:textId="77777777" w:rsidR="00614C7B" w:rsidRPr="007928FF" w:rsidRDefault="00000000">
      <w:pPr>
        <w:pStyle w:val="OTNotefigure"/>
        <w:rPr>
          <w:lang w:val="fr-CA"/>
        </w:rPr>
      </w:pPr>
      <w:r w:rsidRPr="007928FF">
        <w:rPr>
          <w:lang w:val="fr-CA"/>
        </w:rPr>
        <w:t>[Source ou note de figure, si nécessaire. Supprimer cette ligne si elle n’est pas utilisée.]</w:t>
      </w:r>
    </w:p>
    <w:p w14:paraId="008B30FE" w14:textId="77777777" w:rsidR="00614C7B" w:rsidRPr="007928FF" w:rsidRDefault="00000000">
      <w:pPr>
        <w:pStyle w:val="OTInstruction"/>
        <w:rPr>
          <w:lang w:val="fr-CA"/>
        </w:rPr>
      </w:pPr>
      <w:r w:rsidRPr="007928FF">
        <w:rPr>
          <w:lang w:val="fr-CA"/>
        </w:rPr>
        <w:t>[Exemple de tableau modifiable. Le style O&amp;T Tableau standard est défini comme style de tableau par défaut du modèle.]</w:t>
      </w:r>
    </w:p>
    <w:tbl>
      <w:tblPr>
        <w:tblStyle w:val="OTTableaustandard"/>
        <w:tblW w:w="0" w:type="auto"/>
        <w:jc w:val="center"/>
        <w:tblInd w:w="0" w:type="dxa"/>
        <w:tblLayout w:type="fixed"/>
        <w:tblLook w:val="04A0" w:firstRow="1" w:lastRow="0" w:firstColumn="1" w:lastColumn="0" w:noHBand="0" w:noVBand="1"/>
      </w:tblPr>
      <w:tblGrid>
        <w:gridCol w:w="2438"/>
        <w:gridCol w:w="2665"/>
        <w:gridCol w:w="3402"/>
      </w:tblGrid>
      <w:tr w:rsidR="00614C7B" w14:paraId="55F2728B" w14:textId="77777777" w:rsidTr="00614C7B">
        <w:trPr>
          <w:cnfStyle w:val="100000000000" w:firstRow="1" w:lastRow="0" w:firstColumn="0" w:lastColumn="0" w:oddVBand="0" w:evenVBand="0" w:oddHBand="0" w:evenHBand="0" w:firstRowFirstColumn="0" w:firstRowLastColumn="0" w:lastRowFirstColumn="0" w:lastRowLastColumn="0"/>
          <w:cantSplit/>
          <w:tblHeader/>
          <w:jc w:val="center"/>
        </w:trPr>
        <w:tc>
          <w:tcPr>
            <w:tcW w:w="2438" w:type="dxa"/>
            <w:tcMar>
              <w:top w:w="70" w:type="dxa"/>
              <w:left w:w="90" w:type="dxa"/>
              <w:bottom w:w="70" w:type="dxa"/>
              <w:right w:w="90" w:type="dxa"/>
            </w:tcMar>
            <w:vAlign w:val="center"/>
          </w:tcPr>
          <w:p w14:paraId="76E336BE" w14:textId="77777777" w:rsidR="00614C7B" w:rsidRPr="007928FF" w:rsidRDefault="00000000" w:rsidP="007928FF">
            <w:pPr>
              <w:pStyle w:val="OTEnttetableau"/>
            </w:pPr>
            <w:r w:rsidRPr="00170389">
              <w:lastRenderedPageBreak/>
              <w:t>[Variable / thème]</w:t>
            </w:r>
          </w:p>
        </w:tc>
        <w:tc>
          <w:tcPr>
            <w:tcW w:w="2665" w:type="dxa"/>
            <w:tcMar>
              <w:top w:w="70" w:type="dxa"/>
              <w:left w:w="90" w:type="dxa"/>
              <w:bottom w:w="70" w:type="dxa"/>
              <w:right w:w="90" w:type="dxa"/>
            </w:tcMar>
            <w:vAlign w:val="center"/>
          </w:tcPr>
          <w:p w14:paraId="05B81941" w14:textId="77777777" w:rsidR="00614C7B" w:rsidRPr="007928FF" w:rsidRDefault="00000000" w:rsidP="007928FF">
            <w:pPr>
              <w:pStyle w:val="OTEnttetableau"/>
            </w:pPr>
            <w:r w:rsidRPr="00170389">
              <w:t>[Indicateur / catégorie]</w:t>
            </w:r>
          </w:p>
        </w:tc>
        <w:tc>
          <w:tcPr>
            <w:tcW w:w="3402" w:type="dxa"/>
            <w:tcMar>
              <w:top w:w="70" w:type="dxa"/>
              <w:left w:w="90" w:type="dxa"/>
              <w:bottom w:w="70" w:type="dxa"/>
              <w:right w:w="90" w:type="dxa"/>
            </w:tcMar>
            <w:vAlign w:val="center"/>
          </w:tcPr>
          <w:p w14:paraId="02AD85CB" w14:textId="77777777" w:rsidR="00614C7B" w:rsidRPr="007928FF" w:rsidRDefault="00000000" w:rsidP="007928FF">
            <w:pPr>
              <w:pStyle w:val="OTEnttetableau"/>
            </w:pPr>
            <w:r w:rsidRPr="00170389">
              <w:t>[Résultat / information]</w:t>
            </w:r>
          </w:p>
        </w:tc>
      </w:tr>
      <w:tr w:rsidR="00614C7B" w14:paraId="5DF3ED1B" w14:textId="77777777" w:rsidTr="00614C7B">
        <w:trPr>
          <w:cantSplit/>
          <w:jc w:val="center"/>
        </w:trPr>
        <w:tc>
          <w:tcPr>
            <w:tcW w:w="2438" w:type="dxa"/>
            <w:tcMar>
              <w:top w:w="70" w:type="dxa"/>
              <w:left w:w="90" w:type="dxa"/>
              <w:bottom w:w="70" w:type="dxa"/>
              <w:right w:w="90" w:type="dxa"/>
            </w:tcMar>
            <w:vAlign w:val="center"/>
          </w:tcPr>
          <w:p w14:paraId="5121285F" w14:textId="77777777" w:rsidR="00614C7B" w:rsidRPr="007928FF" w:rsidRDefault="00000000" w:rsidP="007928FF">
            <w:pPr>
              <w:pStyle w:val="OTTextetableau"/>
            </w:pPr>
            <w:r>
              <w:t>[Contenu 1.1]</w:t>
            </w:r>
          </w:p>
        </w:tc>
        <w:tc>
          <w:tcPr>
            <w:tcW w:w="2665" w:type="dxa"/>
            <w:tcMar>
              <w:top w:w="70" w:type="dxa"/>
              <w:left w:w="90" w:type="dxa"/>
              <w:bottom w:w="70" w:type="dxa"/>
              <w:right w:w="90" w:type="dxa"/>
            </w:tcMar>
            <w:vAlign w:val="center"/>
          </w:tcPr>
          <w:p w14:paraId="0016A83F" w14:textId="77777777" w:rsidR="00614C7B" w:rsidRPr="007928FF" w:rsidRDefault="00000000" w:rsidP="007928FF">
            <w:pPr>
              <w:pStyle w:val="OTTextetableau"/>
            </w:pPr>
            <w:r>
              <w:t>[Contenu 1.2]</w:t>
            </w:r>
          </w:p>
        </w:tc>
        <w:tc>
          <w:tcPr>
            <w:tcW w:w="3402" w:type="dxa"/>
            <w:tcMar>
              <w:top w:w="70" w:type="dxa"/>
              <w:left w:w="90" w:type="dxa"/>
              <w:bottom w:w="70" w:type="dxa"/>
              <w:right w:w="90" w:type="dxa"/>
            </w:tcMar>
            <w:vAlign w:val="center"/>
          </w:tcPr>
          <w:p w14:paraId="0041234D" w14:textId="77777777" w:rsidR="00614C7B" w:rsidRPr="007928FF" w:rsidRDefault="00000000" w:rsidP="007928FF">
            <w:pPr>
              <w:pStyle w:val="OTTextetableau"/>
            </w:pPr>
            <w:r>
              <w:t>[Contenu 1.3]</w:t>
            </w:r>
          </w:p>
        </w:tc>
      </w:tr>
      <w:tr w:rsidR="00614C7B" w14:paraId="013B39CE" w14:textId="77777777" w:rsidTr="00614C7B">
        <w:trPr>
          <w:cantSplit/>
          <w:jc w:val="center"/>
        </w:trPr>
        <w:tc>
          <w:tcPr>
            <w:tcW w:w="2438" w:type="dxa"/>
            <w:tcMar>
              <w:top w:w="70" w:type="dxa"/>
              <w:left w:w="90" w:type="dxa"/>
              <w:bottom w:w="70" w:type="dxa"/>
              <w:right w:w="90" w:type="dxa"/>
            </w:tcMar>
            <w:vAlign w:val="center"/>
          </w:tcPr>
          <w:p w14:paraId="71DC0BC7" w14:textId="77777777" w:rsidR="00614C7B" w:rsidRPr="007928FF" w:rsidRDefault="00000000" w:rsidP="007928FF">
            <w:pPr>
              <w:pStyle w:val="OTTextetableau"/>
            </w:pPr>
            <w:r>
              <w:t>[Contenu 2.1]</w:t>
            </w:r>
          </w:p>
        </w:tc>
        <w:tc>
          <w:tcPr>
            <w:tcW w:w="2665" w:type="dxa"/>
            <w:tcMar>
              <w:top w:w="70" w:type="dxa"/>
              <w:left w:w="90" w:type="dxa"/>
              <w:bottom w:w="70" w:type="dxa"/>
              <w:right w:w="90" w:type="dxa"/>
            </w:tcMar>
            <w:vAlign w:val="center"/>
          </w:tcPr>
          <w:p w14:paraId="21BCB673" w14:textId="77777777" w:rsidR="00614C7B" w:rsidRPr="007928FF" w:rsidRDefault="00000000" w:rsidP="007928FF">
            <w:pPr>
              <w:pStyle w:val="OTTextetableau"/>
            </w:pPr>
            <w:r>
              <w:t>[Contenu 2.2]</w:t>
            </w:r>
          </w:p>
        </w:tc>
        <w:tc>
          <w:tcPr>
            <w:tcW w:w="3402" w:type="dxa"/>
            <w:tcMar>
              <w:top w:w="70" w:type="dxa"/>
              <w:left w:w="90" w:type="dxa"/>
              <w:bottom w:w="70" w:type="dxa"/>
              <w:right w:w="90" w:type="dxa"/>
            </w:tcMar>
            <w:vAlign w:val="center"/>
          </w:tcPr>
          <w:p w14:paraId="5FB015A5" w14:textId="77777777" w:rsidR="00614C7B" w:rsidRPr="007928FF" w:rsidRDefault="00000000" w:rsidP="007928FF">
            <w:pPr>
              <w:pStyle w:val="OTTextetableau"/>
            </w:pPr>
            <w:r>
              <w:t>[Contenu 2.3]</w:t>
            </w:r>
          </w:p>
        </w:tc>
      </w:tr>
      <w:tr w:rsidR="00614C7B" w14:paraId="6EB707EA" w14:textId="77777777" w:rsidTr="00614C7B">
        <w:trPr>
          <w:cantSplit/>
          <w:jc w:val="center"/>
        </w:trPr>
        <w:tc>
          <w:tcPr>
            <w:tcW w:w="2438" w:type="dxa"/>
            <w:tcMar>
              <w:top w:w="70" w:type="dxa"/>
              <w:left w:w="90" w:type="dxa"/>
              <w:bottom w:w="70" w:type="dxa"/>
              <w:right w:w="90" w:type="dxa"/>
            </w:tcMar>
            <w:vAlign w:val="center"/>
          </w:tcPr>
          <w:p w14:paraId="582545A9" w14:textId="77777777" w:rsidR="00614C7B" w:rsidRPr="007928FF" w:rsidRDefault="00000000" w:rsidP="007928FF">
            <w:pPr>
              <w:pStyle w:val="OTTextetableau"/>
            </w:pPr>
            <w:r>
              <w:t>[Contenu 3.1]</w:t>
            </w:r>
          </w:p>
        </w:tc>
        <w:tc>
          <w:tcPr>
            <w:tcW w:w="2665" w:type="dxa"/>
            <w:tcMar>
              <w:top w:w="70" w:type="dxa"/>
              <w:left w:w="90" w:type="dxa"/>
              <w:bottom w:w="70" w:type="dxa"/>
              <w:right w:w="90" w:type="dxa"/>
            </w:tcMar>
            <w:vAlign w:val="center"/>
          </w:tcPr>
          <w:p w14:paraId="28EE5C95" w14:textId="77777777" w:rsidR="00614C7B" w:rsidRPr="007928FF" w:rsidRDefault="00000000" w:rsidP="007928FF">
            <w:pPr>
              <w:pStyle w:val="OTTextetableau"/>
            </w:pPr>
            <w:r>
              <w:t>[Contenu 3.2]</w:t>
            </w:r>
          </w:p>
        </w:tc>
        <w:tc>
          <w:tcPr>
            <w:tcW w:w="3402" w:type="dxa"/>
            <w:tcMar>
              <w:top w:w="70" w:type="dxa"/>
              <w:left w:w="90" w:type="dxa"/>
              <w:bottom w:w="70" w:type="dxa"/>
              <w:right w:w="90" w:type="dxa"/>
            </w:tcMar>
            <w:vAlign w:val="center"/>
          </w:tcPr>
          <w:p w14:paraId="5B628C8E" w14:textId="77777777" w:rsidR="00614C7B" w:rsidRPr="007928FF" w:rsidRDefault="00000000" w:rsidP="007928FF">
            <w:pPr>
              <w:pStyle w:val="OTTextetableau"/>
            </w:pPr>
            <w:r>
              <w:t>[Contenu 3.3]</w:t>
            </w:r>
          </w:p>
        </w:tc>
      </w:tr>
    </w:tbl>
    <w:p w14:paraId="7EB77E29" w14:textId="77777777" w:rsidR="00614C7B" w:rsidRPr="007928FF" w:rsidRDefault="00000000">
      <w:pPr>
        <w:pStyle w:val="OTLgendetableau"/>
        <w:rPr>
          <w:lang w:val="fr-CA"/>
        </w:rPr>
      </w:pPr>
      <w:r w:rsidRPr="007928FF">
        <w:rPr>
          <w:lang w:val="fr-CA"/>
        </w:rPr>
        <w:t xml:space="preserve">Tableau </w:t>
      </w:r>
      <w:r>
        <w:fldChar w:fldCharType="begin"/>
      </w:r>
      <w:r w:rsidRPr="007928FF">
        <w:rPr>
          <w:lang w:val="fr-CA"/>
        </w:rPr>
        <w:instrText xml:space="preserve"> SEQ Tableau \* ARABIC </w:instrText>
      </w:r>
      <w:r>
        <w:fldChar w:fldCharType="separate"/>
      </w:r>
      <w:r w:rsidR="001E4C9F" w:rsidRPr="007928FF">
        <w:rPr>
          <w:lang w:val="fr-CA"/>
        </w:rPr>
        <w:t>1</w:t>
      </w:r>
      <w:r>
        <w:fldChar w:fldCharType="end"/>
      </w:r>
      <w:r w:rsidRPr="007928FF">
        <w:rPr>
          <w:lang w:val="fr-CA"/>
        </w:rPr>
        <w:t xml:space="preserve"> – [Titre descriptif du tableau]</w:t>
      </w:r>
    </w:p>
    <w:p w14:paraId="606FE94C" w14:textId="77777777" w:rsidR="00614C7B" w:rsidRPr="007928FF" w:rsidRDefault="00000000">
      <w:pPr>
        <w:pStyle w:val="OTNotetableau"/>
        <w:rPr>
          <w:lang w:val="fr-CA"/>
        </w:rPr>
      </w:pPr>
      <w:r w:rsidRPr="007928FF">
        <w:rPr>
          <w:lang w:val="fr-CA"/>
        </w:rPr>
        <w:t>Note. [Ajouter, au besoin, une précision, une source ou une explication des abréviations utilisées dans le tableau.]</w:t>
      </w:r>
    </w:p>
    <w:p w14:paraId="4055F2EF" w14:textId="77777777" w:rsidR="00614C7B" w:rsidRPr="007928FF" w:rsidRDefault="00000000">
      <w:pPr>
        <w:pStyle w:val="OTTitre1"/>
        <w:rPr>
          <w:lang w:val="fr-CA"/>
        </w:rPr>
      </w:pPr>
      <w:r w:rsidRPr="007928FF">
        <w:rPr>
          <w:lang w:val="fr-CA"/>
        </w:rPr>
        <w:t>[Titre de la section suivante]</w:t>
      </w:r>
    </w:p>
    <w:p w14:paraId="3C558AFF" w14:textId="77777777" w:rsidR="00614C7B" w:rsidRPr="007928FF" w:rsidRDefault="00000000">
      <w:pPr>
        <w:pStyle w:val="OTCorpsdetexte"/>
        <w:rPr>
          <w:lang w:val="fr-CA"/>
        </w:rPr>
      </w:pPr>
      <w:r w:rsidRPr="007928FF">
        <w:rPr>
          <w:lang w:val="fr-CA"/>
        </w:rPr>
        <w:t>[Poursuivre le texte en utilisant les styles O&amp;T Titre 1, O&amp;T Titre 2 et O&amp;T Titre 3. Ne pas dépasser trois niveaux hiérarchiques.]</w:t>
      </w:r>
    </w:p>
    <w:p w14:paraId="38C2401D" w14:textId="77777777" w:rsidR="00614C7B" w:rsidRPr="007928FF" w:rsidRDefault="00000000">
      <w:pPr>
        <w:pStyle w:val="OTIntroduction"/>
        <w:rPr>
          <w:lang w:val="fr-CA"/>
        </w:rPr>
      </w:pPr>
      <w:r w:rsidRPr="007928FF">
        <w:rPr>
          <w:lang w:val="fr-CA"/>
        </w:rPr>
        <w:t>Conclusion</w:t>
      </w:r>
    </w:p>
    <w:p w14:paraId="0F226C75" w14:textId="77777777" w:rsidR="00614C7B" w:rsidRPr="007928FF" w:rsidRDefault="00000000">
      <w:pPr>
        <w:pStyle w:val="OTCorpsdetexte"/>
        <w:rPr>
          <w:lang w:val="fr-CA"/>
        </w:rPr>
      </w:pPr>
      <w:r w:rsidRPr="007928FF">
        <w:rPr>
          <w:lang w:val="fr-CA"/>
        </w:rPr>
        <w:t>[Rappeler brièvement les principaux résultats, la contribution, les limites et les pistes de recherche ou implications pertinentes.]</w:t>
      </w:r>
    </w:p>
    <w:p w14:paraId="36A788C4" w14:textId="77777777" w:rsidR="00614C7B" w:rsidRPr="007928FF" w:rsidRDefault="00000000">
      <w:pPr>
        <w:pStyle w:val="OTIntroduction"/>
        <w:rPr>
          <w:lang w:val="fr-CA"/>
        </w:rPr>
      </w:pPr>
      <w:r w:rsidRPr="007928FF">
        <w:rPr>
          <w:lang w:val="fr-CA"/>
        </w:rPr>
        <w:t>FINANCEMENT ET DÉCLARATION D’INTÉRÊTS</w:t>
      </w:r>
    </w:p>
    <w:p w14:paraId="54368CE3" w14:textId="77777777" w:rsidR="00614C7B" w:rsidRPr="007928FF" w:rsidRDefault="00000000">
      <w:pPr>
        <w:pStyle w:val="OTCorpsdetexte"/>
        <w:rPr>
          <w:lang w:val="fr-CA"/>
        </w:rPr>
      </w:pPr>
      <w:r w:rsidRPr="007928FF">
        <w:rPr>
          <w:lang w:val="fr-CA"/>
        </w:rPr>
        <w:t>[Lorsque pertinent : indiquer les sources de financement, le rôle des financeurs et tout intérêt susceptible d’influencer l’étude. Si non applicable, supprimer cette section.]</w:t>
      </w:r>
    </w:p>
    <w:p w14:paraId="4BC7B775" w14:textId="77777777" w:rsidR="00614C7B" w:rsidRPr="007928FF" w:rsidRDefault="00000000">
      <w:pPr>
        <w:pStyle w:val="OTIntroduction"/>
        <w:rPr>
          <w:lang w:val="fr-CA"/>
        </w:rPr>
      </w:pPr>
      <w:r w:rsidRPr="007928FF">
        <w:rPr>
          <w:lang w:val="fr-CA"/>
        </w:rPr>
        <w:t>DONNÉES, MATÉRIAUX ET TRAÇABILITÉ</w:t>
      </w:r>
    </w:p>
    <w:p w14:paraId="47D5D8EC" w14:textId="77777777" w:rsidR="00614C7B" w:rsidRPr="007928FF" w:rsidRDefault="00000000">
      <w:pPr>
        <w:pStyle w:val="OTCorpsdetexte"/>
        <w:rPr>
          <w:lang w:val="fr-CA"/>
        </w:rPr>
      </w:pPr>
      <w:r w:rsidRPr="007928FF">
        <w:rPr>
          <w:lang w:val="fr-CA"/>
        </w:rPr>
        <w:t>[Lorsque pertinent : préciser les modalités d’accès aux données ou expliquer pourquoi elles ne peuvent pas être partagées.]</w:t>
      </w:r>
    </w:p>
    <w:p w14:paraId="71EFB245" w14:textId="77777777" w:rsidR="00614C7B" w:rsidRPr="007928FF" w:rsidRDefault="00000000">
      <w:pPr>
        <w:pStyle w:val="OTIntroduction"/>
        <w:rPr>
          <w:lang w:val="fr-CA"/>
        </w:rPr>
      </w:pPr>
      <w:r w:rsidRPr="007928FF">
        <w:rPr>
          <w:lang w:val="fr-CA"/>
        </w:rPr>
        <w:t>ÉTHIQUE DE LA RECHERCHE, CONSENTEMENT ET CONFIDENTIALITÉ</w:t>
      </w:r>
    </w:p>
    <w:p w14:paraId="1396E76C" w14:textId="77777777" w:rsidR="00614C7B" w:rsidRPr="007928FF" w:rsidRDefault="00000000">
      <w:pPr>
        <w:pStyle w:val="OTCorpsdetexte"/>
        <w:rPr>
          <w:lang w:val="fr-CA"/>
        </w:rPr>
      </w:pPr>
      <w:r w:rsidRPr="007928FF">
        <w:rPr>
          <w:lang w:val="fr-CA"/>
        </w:rPr>
        <w:t>[Lorsque pertinent : préciser les autorisations éthiques applicables, les modalités de consentement et les mesures d’anonymisation ou de confidentialité pertinentes.]</w:t>
      </w:r>
    </w:p>
    <w:p w14:paraId="1F38D282" w14:textId="77777777" w:rsidR="00614C7B" w:rsidRPr="007928FF" w:rsidRDefault="00000000">
      <w:pPr>
        <w:pStyle w:val="OTIntroduction"/>
        <w:rPr>
          <w:lang w:val="fr-CA"/>
        </w:rPr>
      </w:pPr>
      <w:r w:rsidRPr="007928FF">
        <w:rPr>
          <w:lang w:val="fr-CA"/>
        </w:rPr>
        <w:t>NOTES COMPLÉMENTAIRES</w:t>
      </w:r>
    </w:p>
    <w:p w14:paraId="61F08883" w14:textId="77777777" w:rsidR="00614C7B" w:rsidRPr="007928FF" w:rsidRDefault="00000000">
      <w:pPr>
        <w:pStyle w:val="OTNotefin"/>
        <w:rPr>
          <w:lang w:val="fr-CA"/>
        </w:rPr>
      </w:pPr>
      <w:r w:rsidRPr="007928FF">
        <w:rPr>
          <w:lang w:val="fr-CA"/>
        </w:rPr>
        <w:t>1. [Note complémentaire — éclairage ou précision qui ne peut être intégré au texte principal.]</w:t>
      </w:r>
    </w:p>
    <w:p w14:paraId="63B1E7C6" w14:textId="77777777" w:rsidR="00614C7B" w:rsidRPr="007928FF" w:rsidRDefault="00000000">
      <w:pPr>
        <w:pStyle w:val="OTNotefin"/>
        <w:rPr>
          <w:lang w:val="fr-CA"/>
        </w:rPr>
      </w:pPr>
      <w:r w:rsidRPr="007928FF">
        <w:rPr>
          <w:lang w:val="fr-CA"/>
        </w:rPr>
        <w:t>2. [Poursuivre la numérotation de manière continue. Supprimer cette section si aucune note.]</w:t>
      </w:r>
    </w:p>
    <w:p w14:paraId="3B157D22" w14:textId="77777777" w:rsidR="00614C7B" w:rsidRPr="007928FF" w:rsidRDefault="00000000">
      <w:pPr>
        <w:pStyle w:val="OTIntroduction"/>
        <w:rPr>
          <w:lang w:val="fr-CA"/>
        </w:rPr>
      </w:pPr>
      <w:r w:rsidRPr="007928FF">
        <w:rPr>
          <w:lang w:val="fr-CA"/>
        </w:rPr>
        <w:t>REMERCIEMENTS</w:t>
      </w:r>
    </w:p>
    <w:p w14:paraId="426E51E6" w14:textId="77777777" w:rsidR="00614C7B" w:rsidRPr="007928FF" w:rsidRDefault="00000000">
      <w:pPr>
        <w:pStyle w:val="OTCorpsdetexte"/>
        <w:rPr>
          <w:lang w:val="fr-CA"/>
        </w:rPr>
      </w:pPr>
      <w:r w:rsidRPr="007928FF">
        <w:rPr>
          <w:lang w:val="fr-CA"/>
        </w:rPr>
        <w:t>[Facultatif. Supprimer cette section s’il n’y a aucun remerciement.]</w:t>
      </w:r>
    </w:p>
    <w:p w14:paraId="1D48C883" w14:textId="77777777" w:rsidR="00614C7B" w:rsidRPr="007928FF" w:rsidRDefault="00000000">
      <w:pPr>
        <w:pStyle w:val="OTIntroduction"/>
        <w:rPr>
          <w:lang w:val="fr-CA"/>
        </w:rPr>
      </w:pPr>
      <w:r w:rsidRPr="007928FF">
        <w:rPr>
          <w:lang w:val="fr-CA"/>
        </w:rPr>
        <w:t>DÉCLARATION</w:t>
      </w:r>
    </w:p>
    <w:p w14:paraId="0C4108E8" w14:textId="3B073C11" w:rsidR="00614C7B" w:rsidRPr="007928FF" w:rsidRDefault="00000000">
      <w:pPr>
        <w:pStyle w:val="OTCorpsdetexte"/>
        <w:rPr>
          <w:lang w:val="fr-CA"/>
        </w:rPr>
      </w:pPr>
      <w:r w:rsidRPr="007928FF">
        <w:rPr>
          <w:lang w:val="fr-CA"/>
        </w:rPr>
        <w:t>Si un outil d’intelligence artificielle a été utilisé dans les conditions autorisées par le Guide v1.3 pour la révision d’un contenu original existant, indiquer clairement le nom de l’outil, sa version, la date d’utilisation ainsi que la nature et le périmètre des modifications apportées (correction, reformulation, mise en forme, amélioration de la structure ou de la langue), sans utiliser l’outil pour créer un contenu scientifique nouveau. Dans le cas contraire, indiquer : « Aucun usage de l’IA n’est déclaré. »</w:t>
      </w:r>
    </w:p>
    <w:p w14:paraId="35FF726A" w14:textId="77777777" w:rsidR="00614C7B" w:rsidRPr="007928FF" w:rsidRDefault="00000000">
      <w:pPr>
        <w:pStyle w:val="OTIntroduction"/>
        <w:rPr>
          <w:lang w:val="fr-CA"/>
        </w:rPr>
      </w:pPr>
      <w:r w:rsidRPr="007928FF">
        <w:rPr>
          <w:lang w:val="fr-CA"/>
        </w:rPr>
        <w:t>RÉFÉRENCES</w:t>
      </w:r>
    </w:p>
    <w:p w14:paraId="23D526F3" w14:textId="1F981DDD" w:rsidR="00614C7B" w:rsidRPr="007928FF" w:rsidRDefault="00000000">
      <w:pPr>
        <w:pStyle w:val="OTInstruction"/>
        <w:rPr>
          <w:lang w:val="fr-CA"/>
        </w:rPr>
      </w:pPr>
      <w:r w:rsidRPr="007928FF">
        <w:rPr>
          <w:lang w:val="fr-CA"/>
        </w:rPr>
        <w:t>Inscrire uniquement les sources citées dans le texte, en APA 7 adaptée par O&amp;T. Classement alphabétique. Retrait suspendu de 0,5 cm. Les DOI et URL doivent être actifs, en couleur et non soulignés. Le DOI est obligatoire pour toutes les références de périodiques et les documents disponibles en ligne et a préséance sur toute autre adresse web.</w:t>
      </w:r>
    </w:p>
    <w:p w14:paraId="4343F4F8" w14:textId="77777777" w:rsidR="00614C7B" w:rsidRPr="007928FF" w:rsidRDefault="00000000">
      <w:pPr>
        <w:pStyle w:val="OTRfrence"/>
        <w:rPr>
          <w:lang w:val="fr-CA"/>
        </w:rPr>
      </w:pPr>
      <w:r w:rsidRPr="00170389">
        <w:t xml:space="preserve">Williams, T. (2017). The nature of risk in complex projects. </w:t>
      </w:r>
      <w:r w:rsidRPr="007928FF">
        <w:rPr>
          <w:lang w:val="fr-CA"/>
        </w:rPr>
        <w:t xml:space="preserve">Project Management Journal, 48(4), 55-66. </w:t>
      </w:r>
      <w:r w:rsidR="00614C7B">
        <w:fldChar w:fldCharType="begin"/>
      </w:r>
      <w:r w:rsidR="00614C7B" w:rsidRPr="007928FF">
        <w:rPr>
          <w:lang w:val="fr-CA"/>
        </w:rPr>
        <w:instrText>HYPERLINK "https://doi.org/10.1177/875697281704800405" \h</w:instrText>
      </w:r>
      <w:r w:rsidR="00614C7B">
        <w:fldChar w:fldCharType="separate"/>
      </w:r>
      <w:r w:rsidR="00614C7B" w:rsidRPr="007928FF">
        <w:rPr>
          <w:lang w:val="fr-CA"/>
        </w:rPr>
        <w:t>https://doi.org/10.1177/875697281704800405</w:t>
      </w:r>
      <w:r w:rsidR="00614C7B">
        <w:fldChar w:fldCharType="end"/>
      </w:r>
    </w:p>
    <w:p w14:paraId="2119ACE1" w14:textId="77777777" w:rsidR="00614C7B" w:rsidRPr="007928FF" w:rsidRDefault="00000000">
      <w:pPr>
        <w:pStyle w:val="OTRfrence"/>
        <w:rPr>
          <w:lang w:val="fr-CA"/>
        </w:rPr>
      </w:pPr>
      <w:r w:rsidRPr="007928FF">
        <w:rPr>
          <w:lang w:val="fr-CA"/>
        </w:rPr>
        <w:t>Proulx, M.-A. (2012). Regards sur l’économie des collectivités autochtones du Québec. Presses de l’Université du Québec.</w:t>
      </w:r>
    </w:p>
    <w:p w14:paraId="710A04F5" w14:textId="77777777" w:rsidR="00614C7B" w:rsidRPr="007928FF" w:rsidRDefault="00000000">
      <w:pPr>
        <w:pStyle w:val="OTIntroduction"/>
        <w:rPr>
          <w:lang w:val="fr-CA"/>
        </w:rPr>
      </w:pPr>
      <w:r w:rsidRPr="007928FF">
        <w:rPr>
          <w:lang w:val="fr-CA"/>
        </w:rPr>
        <w:lastRenderedPageBreak/>
        <w:t>NOTES BIOGRAPHIQUES DES AUTEURS</w:t>
      </w:r>
    </w:p>
    <w:p w14:paraId="286D2750" w14:textId="77777777" w:rsidR="00614C7B" w:rsidRPr="007928FF" w:rsidRDefault="00000000">
      <w:pPr>
        <w:pStyle w:val="OTInstruction"/>
        <w:rPr>
          <w:lang w:val="fr-CA"/>
        </w:rPr>
      </w:pPr>
      <w:r w:rsidRPr="007928FF">
        <w:rPr>
          <w:lang w:val="fr-CA"/>
        </w:rPr>
        <w:t>À fournir pour chaque signataire : nom, titre et/ou fonction, institution, adresse et courriel.</w:t>
      </w:r>
    </w:p>
    <w:p w14:paraId="7E89E8B9" w14:textId="77777777" w:rsidR="00614C7B" w:rsidRPr="007928FF" w:rsidRDefault="00000000">
      <w:pPr>
        <w:pStyle w:val="OTBiographie"/>
        <w:rPr>
          <w:lang w:val="fr-CA"/>
        </w:rPr>
      </w:pPr>
      <w:r w:rsidRPr="007928FF">
        <w:rPr>
          <w:lang w:val="fr-CA"/>
        </w:rPr>
        <w:t>Auteur 1 — [Nom; titre/fonction; institution; adresse; courriel]</w:t>
      </w:r>
    </w:p>
    <w:p w14:paraId="0BB1F80C" w14:textId="77777777" w:rsidR="00614C7B" w:rsidRPr="007928FF" w:rsidRDefault="00000000">
      <w:pPr>
        <w:pStyle w:val="OTBiographie"/>
        <w:rPr>
          <w:lang w:val="fr-CA"/>
        </w:rPr>
      </w:pPr>
      <w:r w:rsidRPr="007928FF">
        <w:rPr>
          <w:lang w:val="fr-CA"/>
        </w:rPr>
        <w:t>Auteur 2 — [Nom; titre/fonction; institution; adresse; courriel]</w:t>
      </w:r>
    </w:p>
    <w:p w14:paraId="45859B22" w14:textId="77777777" w:rsidR="00614C7B" w:rsidRPr="007928FF" w:rsidRDefault="00000000">
      <w:pPr>
        <w:pStyle w:val="OTBiographie"/>
        <w:rPr>
          <w:lang w:val="fr-CA"/>
        </w:rPr>
      </w:pPr>
      <w:r w:rsidRPr="007928FF">
        <w:rPr>
          <w:lang w:val="fr-CA"/>
        </w:rPr>
        <w:t>Auteur 3 — [Nom; titre/fonction; institution; adresse; courriel]</w:t>
      </w:r>
    </w:p>
    <w:p w14:paraId="280C65F1" w14:textId="77777777" w:rsidR="001E4C9F" w:rsidRPr="007928FF" w:rsidRDefault="001E4C9F" w:rsidP="001E4C9F">
      <w:pPr>
        <w:pStyle w:val="OTCorpsdetexte"/>
        <w:rPr>
          <w:lang w:val="fr-CA"/>
        </w:rPr>
      </w:pPr>
    </w:p>
    <w:p w14:paraId="319D38BA" w14:textId="101E6BDA" w:rsidR="00614C7B" w:rsidRPr="007928FF" w:rsidRDefault="00000000" w:rsidP="00170389">
      <w:pPr>
        <w:pStyle w:val="OTInstruction"/>
        <w:rPr>
          <w:lang w:val="fr-CA"/>
        </w:rPr>
      </w:pPr>
      <w:r w:rsidRPr="007928FF">
        <w:rPr>
          <w:lang w:val="fr-CA"/>
        </w:rPr>
        <w:t xml:space="preserve">RAPPEL AVANT DÉPÔT : fichier Word en format lettre; Garamond 11 pt; interligne simple; maximum de 15 à 20 pages; résumé et abstract de 150 mots maximum; trois niveaux de titres maximum; orthographe traditionnelle ou rectifiée, mais uniforme; figures placées dans le texte, en couleur, à 300 ppp et modifiables lorsque possible; tableaux modifiables; largeur maximale de 15 cm; aucune figure ou image générée par une IA générative; références APA 7 adaptées par O&amp;T avec DOI obligatoires lorsqu’applicables; notes complémentaires regroupées en fin d’article; déclaration d’usage de l’IA complétée, y compris « Aucun usage de l’IA n’est déclaré. » en l’absence d’utilisation; manuscrit original et non soumis simultanément à une autre revue; déclarations d’intérêts, de financement, de données et d’éthique complétées lorsque pertinentes; dépôt et traitement exclusivement dans OJS, sans dépôt parallèle par courriel. En soumettant le manuscrit, les auteurs acceptent son analyse au moyen de </w:t>
      </w:r>
      <w:proofErr w:type="spellStart"/>
      <w:r w:rsidRPr="007928FF">
        <w:rPr>
          <w:lang w:val="fr-CA"/>
        </w:rPr>
        <w:t>Compilatio</w:t>
      </w:r>
      <w:proofErr w:type="spellEnd"/>
      <w:r w:rsidRPr="007928FF">
        <w:rPr>
          <w:lang w:val="fr-CA"/>
        </w:rPr>
        <w:t xml:space="preserve"> lors du contrôle initial et sur la version finale retenue avant publication.</w:t>
      </w:r>
    </w:p>
    <w:sectPr w:rsidR="00614C7B" w:rsidRPr="007928FF" w:rsidSect="00034616">
      <w:headerReference w:type="default" r:id="rId8"/>
      <w:footerReference w:type="default" r:id="rId9"/>
      <w:pgSz w:w="12240" w:h="15840"/>
      <w:pgMar w:top="1440" w:right="1440" w:bottom="1440" w:left="1440" w:header="397"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066C7" w14:textId="77777777" w:rsidR="00AB0BAA" w:rsidRPr="00170389" w:rsidRDefault="00AB0BAA" w:rsidP="00170389">
      <w:r>
        <w:separator/>
      </w:r>
    </w:p>
  </w:endnote>
  <w:endnote w:type="continuationSeparator" w:id="0">
    <w:p w14:paraId="4BE0BA36" w14:textId="77777777" w:rsidR="00AB0BAA" w:rsidRPr="00170389" w:rsidRDefault="00AB0BAA" w:rsidP="00170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90099" w14:textId="77777777" w:rsidR="00614C7B" w:rsidRDefault="00614C7B" w:rsidP="0017038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FB9E3" w14:textId="77777777" w:rsidR="00AB0BAA" w:rsidRPr="00170389" w:rsidRDefault="00AB0BAA" w:rsidP="00170389">
      <w:r>
        <w:separator/>
      </w:r>
    </w:p>
  </w:footnote>
  <w:footnote w:type="continuationSeparator" w:id="0">
    <w:p w14:paraId="0EC9553E" w14:textId="77777777" w:rsidR="00AB0BAA" w:rsidRPr="00170389" w:rsidRDefault="00AB0BAA" w:rsidP="001703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2413D" w14:textId="77777777" w:rsidR="00614C7B" w:rsidRDefault="00614C7B" w:rsidP="0017038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5E87C50"/>
    <w:multiLevelType w:val="multilevel"/>
    <w:tmpl w:val="D7127FA4"/>
    <w:lvl w:ilvl="0">
      <w:start w:val="1"/>
      <w:numFmt w:val="decimal"/>
      <w:pStyle w:val="Listepuces"/>
      <w:suff w:val="space"/>
      <w:lvlText w:val="%1."/>
      <w:lvlJc w:val="left"/>
      <w:pPr>
        <w:tabs>
          <w:tab w:val="num" w:pos="360"/>
        </w:tabs>
        <w:ind w:left="0" w:firstLine="0"/>
      </w:pPr>
    </w:lvl>
    <w:lvl w:ilvl="1">
      <w:start w:val="1"/>
      <w:numFmt w:val="decimal"/>
      <w:pStyle w:val="OTTitre2"/>
      <w:suff w:val="space"/>
      <w:lvlText w:val="%1.%2"/>
      <w:lvlJc w:val="left"/>
      <w:pPr>
        <w:tabs>
          <w:tab w:val="num" w:pos="720"/>
        </w:tabs>
        <w:ind w:left="0" w:firstLine="0"/>
      </w:pPr>
    </w:lvl>
    <w:lvl w:ilvl="2">
      <w:start w:val="1"/>
      <w:numFmt w:val="decimal"/>
      <w:pStyle w:val="OTTitre3"/>
      <w:suff w:val="space"/>
      <w:lvlText w:val="%1.%2.%3"/>
      <w:lvlJc w:val="left"/>
      <w:pPr>
        <w:tabs>
          <w:tab w:val="num" w:pos="1080"/>
        </w:tabs>
        <w:ind w:left="0" w:firstLine="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6341735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1"/>
  <w:styleLockTheme/>
  <w:styleLockQFSet/>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777F"/>
    <w:rsid w:val="0015074B"/>
    <w:rsid w:val="00170389"/>
    <w:rsid w:val="001E4C9F"/>
    <w:rsid w:val="0029639D"/>
    <w:rsid w:val="00326F90"/>
    <w:rsid w:val="005B5859"/>
    <w:rsid w:val="00614C7B"/>
    <w:rsid w:val="00704C1A"/>
    <w:rsid w:val="007836EB"/>
    <w:rsid w:val="007928FF"/>
    <w:rsid w:val="00AA1D8D"/>
    <w:rsid w:val="00AB0BAA"/>
    <w:rsid w:val="00B160EC"/>
    <w:rsid w:val="00B47730"/>
    <w:rsid w:val="00C940D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082913"/>
  <w14:defaultImageDpi w14:val="300"/>
  <w15:docId w15:val="{DD531389-E8DB-48C3-A02B-17581C1FE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locked="0" w:semiHidden="1" w:unhideWhenUsed="1"/>
    <w:lsdException w:name="toa heading"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semiHidden="1" w:unhideWhenUsed="1"/>
    <w:lsdException w:name="List 5" w:semiHidden="1" w:unhideWhenUsed="1"/>
    <w:lsdException w:name="List Bullet 2" w:locked="0" w:semiHidden="1" w:unhideWhenUsed="1"/>
    <w:lsdException w:name="List Bullet 3" w:locked="0" w:semiHidden="1" w:unhideWhenUsed="1"/>
    <w:lsdException w:name="List Bullet 4" w:semiHidden="1" w:unhideWhenUsed="1"/>
    <w:lsdException w:name="List Bullet 5" w:semiHidden="1" w:unhideWhenUsed="1"/>
    <w:lsdException w:name="List Number 2" w:locked="0" w:semiHidden="1" w:unhideWhenUsed="1"/>
    <w:lsdException w:name="List Number 3" w:locked="0"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0" w:semiHidden="1" w:unhideWhenUsed="1"/>
    <w:lsdException w:name="Body Text 3" w:locked="0"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semiHidden="1" w:uiPriority="37" w:unhideWhenUsed="1"/>
    <w:lsdException w:name="TOC Heading" w:locked="0"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locked/>
    <w:rsid w:val="00FC693F"/>
    <w:pPr>
      <w:spacing w:after="100" w:line="240" w:lineRule="auto"/>
      <w:jc w:val="both"/>
    </w:pPr>
    <w:rPr>
      <w:rFonts w:ascii="Garamond" w:eastAsia="Garamond" w:hAnsi="Garamond" w:cs="Garamond"/>
      <w:color w:val="222222"/>
    </w:rPr>
  </w:style>
  <w:style w:type="paragraph" w:styleId="Titre1">
    <w:name w:val="heading 1"/>
    <w:basedOn w:val="Normal"/>
    <w:next w:val="Normal"/>
    <w:link w:val="Titre1Car"/>
    <w:uiPriority w:val="9"/>
    <w:semiHidden/>
    <w:locked/>
    <w:rsid w:val="00FC693F"/>
    <w:pPr>
      <w:keepNext/>
      <w:keepLines/>
      <w:spacing w:before="480" w:after="0"/>
      <w:outlineLvl w:val="0"/>
    </w:pPr>
    <w:rPr>
      <w:rFonts w:asciiTheme="majorHAnsi" w:eastAsiaTheme="majorEastAsia" w:hAnsiTheme="majorHAnsi" w:cstheme="majorBidi"/>
      <w:b/>
      <w:bCs/>
      <w:color w:val="50660F" w:themeColor="accent1" w:themeShade="BF"/>
      <w:sz w:val="28"/>
      <w:szCs w:val="28"/>
    </w:rPr>
  </w:style>
  <w:style w:type="paragraph" w:styleId="Titre2">
    <w:name w:val="heading 2"/>
    <w:basedOn w:val="Normal"/>
    <w:next w:val="Normal"/>
    <w:link w:val="Titre2Car"/>
    <w:uiPriority w:val="9"/>
    <w:semiHidden/>
    <w:unhideWhenUsed/>
    <w:locked/>
    <w:rsid w:val="00FC693F"/>
    <w:pPr>
      <w:keepNext/>
      <w:keepLines/>
      <w:spacing w:before="200" w:after="0"/>
      <w:outlineLvl w:val="1"/>
    </w:pPr>
    <w:rPr>
      <w:rFonts w:asciiTheme="majorHAnsi" w:eastAsiaTheme="majorEastAsia" w:hAnsiTheme="majorHAnsi" w:cstheme="majorBidi"/>
      <w:b/>
      <w:bCs/>
      <w:color w:val="6B8915" w:themeColor="accent1"/>
      <w:sz w:val="26"/>
      <w:szCs w:val="26"/>
    </w:rPr>
  </w:style>
  <w:style w:type="paragraph" w:styleId="Titre3">
    <w:name w:val="heading 3"/>
    <w:basedOn w:val="Normal"/>
    <w:next w:val="Normal"/>
    <w:link w:val="Titre3Car"/>
    <w:uiPriority w:val="9"/>
    <w:semiHidden/>
    <w:unhideWhenUsed/>
    <w:locked/>
    <w:rsid w:val="00FC693F"/>
    <w:pPr>
      <w:keepNext/>
      <w:keepLines/>
      <w:spacing w:before="200" w:after="0"/>
      <w:outlineLvl w:val="2"/>
    </w:pPr>
    <w:rPr>
      <w:rFonts w:asciiTheme="majorHAnsi" w:eastAsiaTheme="majorEastAsia" w:hAnsiTheme="majorHAnsi" w:cstheme="majorBidi"/>
      <w:b/>
      <w:bCs/>
      <w:color w:val="6B8915" w:themeColor="accent1"/>
    </w:rPr>
  </w:style>
  <w:style w:type="paragraph" w:styleId="Titre4">
    <w:name w:val="heading 4"/>
    <w:basedOn w:val="Normal"/>
    <w:next w:val="Normal"/>
    <w:link w:val="Titre4Car"/>
    <w:uiPriority w:val="9"/>
    <w:semiHidden/>
    <w:unhideWhenUsed/>
    <w:locked/>
    <w:rsid w:val="00FC693F"/>
    <w:pPr>
      <w:keepNext/>
      <w:keepLines/>
      <w:spacing w:before="200" w:after="0"/>
      <w:outlineLvl w:val="3"/>
    </w:pPr>
    <w:rPr>
      <w:rFonts w:asciiTheme="majorHAnsi" w:eastAsiaTheme="majorEastAsia" w:hAnsiTheme="majorHAnsi" w:cstheme="majorBidi"/>
      <w:b/>
      <w:bCs/>
      <w:i/>
      <w:iCs/>
      <w:color w:val="6B8915" w:themeColor="accent1"/>
    </w:rPr>
  </w:style>
  <w:style w:type="paragraph" w:styleId="Titre5">
    <w:name w:val="heading 5"/>
    <w:basedOn w:val="Normal"/>
    <w:next w:val="Normal"/>
    <w:link w:val="Titre5Car"/>
    <w:uiPriority w:val="9"/>
    <w:semiHidden/>
    <w:unhideWhenUsed/>
    <w:locked/>
    <w:rsid w:val="00FC693F"/>
    <w:pPr>
      <w:keepNext/>
      <w:keepLines/>
      <w:spacing w:before="200" w:after="0"/>
      <w:outlineLvl w:val="4"/>
    </w:pPr>
    <w:rPr>
      <w:rFonts w:asciiTheme="majorHAnsi" w:eastAsiaTheme="majorEastAsia" w:hAnsiTheme="majorHAnsi" w:cstheme="majorBidi"/>
      <w:color w:val="35440A" w:themeColor="accent1" w:themeShade="7F"/>
    </w:rPr>
  </w:style>
  <w:style w:type="paragraph" w:styleId="Titre6">
    <w:name w:val="heading 6"/>
    <w:basedOn w:val="Normal"/>
    <w:next w:val="Normal"/>
    <w:link w:val="Titre6Car"/>
    <w:uiPriority w:val="9"/>
    <w:semiHidden/>
    <w:unhideWhenUsed/>
    <w:locked/>
    <w:rsid w:val="00FC693F"/>
    <w:pPr>
      <w:keepNext/>
      <w:keepLines/>
      <w:spacing w:before="200" w:after="0"/>
      <w:outlineLvl w:val="5"/>
    </w:pPr>
    <w:rPr>
      <w:rFonts w:asciiTheme="majorHAnsi" w:eastAsiaTheme="majorEastAsia" w:hAnsiTheme="majorHAnsi" w:cstheme="majorBidi"/>
      <w:i/>
      <w:iCs/>
      <w:color w:val="35440A" w:themeColor="accent1" w:themeShade="7F"/>
    </w:rPr>
  </w:style>
  <w:style w:type="paragraph" w:styleId="Titre7">
    <w:name w:val="heading 7"/>
    <w:basedOn w:val="Normal"/>
    <w:next w:val="Normal"/>
    <w:link w:val="Titre7Car"/>
    <w:uiPriority w:val="9"/>
    <w:semiHidden/>
    <w:unhideWhenUsed/>
    <w:locked/>
    <w:rsid w:val="00FC693F"/>
    <w:pPr>
      <w:keepNext/>
      <w:keepLines/>
      <w:spacing w:before="200" w:after="0"/>
      <w:outlineLvl w:val="6"/>
    </w:pPr>
    <w:rPr>
      <w:rFonts w:asciiTheme="majorHAnsi" w:eastAsiaTheme="majorEastAsia" w:hAnsiTheme="majorHAnsi" w:cstheme="majorBidi"/>
      <w:i/>
      <w:iCs/>
      <w:color w:val="595959" w:themeColor="text1" w:themeTint="BF"/>
    </w:rPr>
  </w:style>
  <w:style w:type="paragraph" w:styleId="Titre8">
    <w:name w:val="heading 8"/>
    <w:basedOn w:val="Normal"/>
    <w:next w:val="Normal"/>
    <w:link w:val="Titre8Car"/>
    <w:uiPriority w:val="9"/>
    <w:semiHidden/>
    <w:unhideWhenUsed/>
    <w:locked/>
    <w:rsid w:val="00FC693F"/>
    <w:pPr>
      <w:keepNext/>
      <w:keepLines/>
      <w:spacing w:before="200" w:after="0"/>
      <w:outlineLvl w:val="7"/>
    </w:pPr>
    <w:rPr>
      <w:rFonts w:asciiTheme="majorHAnsi" w:eastAsiaTheme="majorEastAsia" w:hAnsiTheme="majorHAnsi" w:cstheme="majorBidi"/>
      <w:color w:val="6B8915" w:themeColor="accent1"/>
      <w:sz w:val="20"/>
      <w:szCs w:val="20"/>
    </w:rPr>
  </w:style>
  <w:style w:type="paragraph" w:styleId="Titre9">
    <w:name w:val="heading 9"/>
    <w:basedOn w:val="Normal"/>
    <w:next w:val="Normal"/>
    <w:link w:val="Titre9Car"/>
    <w:uiPriority w:val="9"/>
    <w:semiHidden/>
    <w:unhideWhenUsed/>
    <w:locked/>
    <w:rsid w:val="00FC693F"/>
    <w:pPr>
      <w:keepNext/>
      <w:keepLines/>
      <w:spacing w:before="200" w:after="0"/>
      <w:outlineLvl w:val="8"/>
    </w:pPr>
    <w:rPr>
      <w:rFonts w:asciiTheme="majorHAnsi" w:eastAsiaTheme="majorEastAsia" w:hAnsiTheme="majorHAnsi" w:cstheme="majorBidi"/>
      <w:i/>
      <w:iCs/>
      <w:color w:val="595959" w:themeColor="text1" w:themeTint="BF"/>
      <w:sz w:val="20"/>
      <w:szCs w:val="20"/>
    </w:rPr>
  </w:style>
  <w:style w:type="character" w:default="1" w:styleId="Policepardfaut">
    <w:name w:val="Default Paragraph Font"/>
    <w:uiPriority w:val="1"/>
    <w:semiHidden/>
    <w:unhideWhenUsed/>
    <w:locked/>
  </w:style>
  <w:style w:type="table" w:default="1" w:styleId="TableauNormal">
    <w:name w:val="Normal Table"/>
    <w:uiPriority w:val="99"/>
    <w:semiHidden/>
    <w:unhideWhenUsed/>
    <w:locked/>
    <w:tblPr>
      <w:tblInd w:w="0" w:type="dxa"/>
      <w:tblCellMar>
        <w:top w:w="0" w:type="dxa"/>
        <w:left w:w="108" w:type="dxa"/>
        <w:bottom w:w="0" w:type="dxa"/>
        <w:right w:w="108" w:type="dxa"/>
      </w:tblCellMar>
    </w:tblPr>
  </w:style>
  <w:style w:type="numbering" w:default="1" w:styleId="Aucuneliste">
    <w:name w:val="No List"/>
    <w:uiPriority w:val="99"/>
    <w:semiHidden/>
    <w:unhideWhenUsed/>
    <w:locked/>
  </w:style>
  <w:style w:type="paragraph" w:styleId="En-tte">
    <w:name w:val="header"/>
    <w:basedOn w:val="Normal"/>
    <w:link w:val="En-tteCar"/>
    <w:uiPriority w:val="99"/>
    <w:semiHidden/>
    <w:unhideWhenUsed/>
    <w:locked/>
    <w:rsid w:val="00E618BF"/>
    <w:pPr>
      <w:tabs>
        <w:tab w:val="center" w:pos="4680"/>
        <w:tab w:val="right" w:pos="9360"/>
      </w:tabs>
      <w:spacing w:after="0"/>
    </w:pPr>
  </w:style>
  <w:style w:type="character" w:customStyle="1" w:styleId="En-tteCar">
    <w:name w:val="En-tête Car"/>
    <w:basedOn w:val="Policepardfaut"/>
    <w:link w:val="En-tte"/>
    <w:uiPriority w:val="99"/>
    <w:semiHidden/>
    <w:locked/>
    <w:rsid w:val="00E618BF"/>
  </w:style>
  <w:style w:type="paragraph" w:styleId="Pieddepage">
    <w:name w:val="footer"/>
    <w:basedOn w:val="Normal"/>
    <w:link w:val="PieddepageCar"/>
    <w:uiPriority w:val="99"/>
    <w:semiHidden/>
    <w:unhideWhenUsed/>
    <w:locked/>
    <w:rsid w:val="00E618BF"/>
    <w:pPr>
      <w:tabs>
        <w:tab w:val="center" w:pos="4680"/>
        <w:tab w:val="right" w:pos="9360"/>
      </w:tabs>
      <w:spacing w:after="0"/>
    </w:pPr>
  </w:style>
  <w:style w:type="character" w:customStyle="1" w:styleId="PieddepageCar">
    <w:name w:val="Pied de page Car"/>
    <w:basedOn w:val="Policepardfaut"/>
    <w:link w:val="Pieddepage"/>
    <w:uiPriority w:val="99"/>
    <w:semiHidden/>
    <w:locked/>
    <w:rsid w:val="00E618BF"/>
  </w:style>
  <w:style w:type="paragraph" w:styleId="Sansinterligne">
    <w:name w:val="No Spacing"/>
    <w:uiPriority w:val="1"/>
    <w:semiHidden/>
    <w:locked/>
    <w:rsid w:val="00FC693F"/>
    <w:pPr>
      <w:spacing w:after="0" w:line="240" w:lineRule="auto"/>
    </w:pPr>
  </w:style>
  <w:style w:type="character" w:customStyle="1" w:styleId="Titre1Car">
    <w:name w:val="Titre 1 Car"/>
    <w:basedOn w:val="Policepardfaut"/>
    <w:link w:val="Titre1"/>
    <w:uiPriority w:val="9"/>
    <w:semiHidden/>
    <w:locked/>
    <w:rsid w:val="00FC693F"/>
    <w:rPr>
      <w:rFonts w:asciiTheme="majorHAnsi" w:eastAsiaTheme="majorEastAsia" w:hAnsiTheme="majorHAnsi" w:cstheme="majorBidi"/>
      <w:b/>
      <w:bCs/>
      <w:color w:val="50660F" w:themeColor="accent1" w:themeShade="BF"/>
      <w:sz w:val="28"/>
      <w:szCs w:val="28"/>
    </w:rPr>
  </w:style>
  <w:style w:type="character" w:customStyle="1" w:styleId="Titre2Car">
    <w:name w:val="Titre 2 Car"/>
    <w:basedOn w:val="Policepardfaut"/>
    <w:link w:val="Titre2"/>
    <w:uiPriority w:val="9"/>
    <w:semiHidden/>
    <w:locked/>
    <w:rsid w:val="00FC693F"/>
    <w:rPr>
      <w:rFonts w:asciiTheme="majorHAnsi" w:eastAsiaTheme="majorEastAsia" w:hAnsiTheme="majorHAnsi" w:cstheme="majorBidi"/>
      <w:b/>
      <w:bCs/>
      <w:color w:val="6B8915" w:themeColor="accent1"/>
      <w:sz w:val="26"/>
      <w:szCs w:val="26"/>
    </w:rPr>
  </w:style>
  <w:style w:type="character" w:customStyle="1" w:styleId="Titre3Car">
    <w:name w:val="Titre 3 Car"/>
    <w:basedOn w:val="Policepardfaut"/>
    <w:link w:val="Titre3"/>
    <w:uiPriority w:val="9"/>
    <w:semiHidden/>
    <w:locked/>
    <w:rsid w:val="00FC693F"/>
    <w:rPr>
      <w:rFonts w:asciiTheme="majorHAnsi" w:eastAsiaTheme="majorEastAsia" w:hAnsiTheme="majorHAnsi" w:cstheme="majorBidi"/>
      <w:b/>
      <w:bCs/>
      <w:color w:val="6B8915" w:themeColor="accent1"/>
    </w:rPr>
  </w:style>
  <w:style w:type="paragraph" w:styleId="Titre">
    <w:name w:val="Title"/>
    <w:basedOn w:val="Normal"/>
    <w:next w:val="Normal"/>
    <w:link w:val="TitreCar"/>
    <w:uiPriority w:val="10"/>
    <w:semiHidden/>
    <w:locked/>
    <w:rsid w:val="00FC693F"/>
    <w:pPr>
      <w:pBdr>
        <w:bottom w:val="single" w:sz="8" w:space="4" w:color="6B8915" w:themeColor="accent1"/>
      </w:pBdr>
      <w:spacing w:after="300"/>
      <w:contextualSpacing/>
    </w:pPr>
    <w:rPr>
      <w:rFonts w:asciiTheme="majorHAnsi" w:eastAsiaTheme="majorEastAsia" w:hAnsiTheme="majorHAnsi" w:cstheme="majorBidi"/>
      <w:color w:val="373737" w:themeColor="text2" w:themeShade="BF"/>
      <w:spacing w:val="5"/>
      <w:kern w:val="28"/>
      <w:sz w:val="52"/>
      <w:szCs w:val="52"/>
    </w:rPr>
  </w:style>
  <w:style w:type="character" w:customStyle="1" w:styleId="TitreCar">
    <w:name w:val="Titre Car"/>
    <w:basedOn w:val="Policepardfaut"/>
    <w:link w:val="Titre"/>
    <w:uiPriority w:val="10"/>
    <w:semiHidden/>
    <w:locked/>
    <w:rsid w:val="00FC693F"/>
    <w:rPr>
      <w:rFonts w:asciiTheme="majorHAnsi" w:eastAsiaTheme="majorEastAsia" w:hAnsiTheme="majorHAnsi" w:cstheme="majorBidi"/>
      <w:color w:val="373737" w:themeColor="text2" w:themeShade="BF"/>
      <w:spacing w:val="5"/>
      <w:kern w:val="28"/>
      <w:sz w:val="52"/>
      <w:szCs w:val="52"/>
    </w:rPr>
  </w:style>
  <w:style w:type="paragraph" w:styleId="Sous-titre">
    <w:name w:val="Subtitle"/>
    <w:basedOn w:val="Normal"/>
    <w:next w:val="Normal"/>
    <w:link w:val="Sous-titreCar"/>
    <w:uiPriority w:val="11"/>
    <w:semiHidden/>
    <w:locked/>
    <w:rsid w:val="00FC693F"/>
    <w:pPr>
      <w:numPr>
        <w:ilvl w:val="1"/>
      </w:numPr>
    </w:pPr>
    <w:rPr>
      <w:rFonts w:asciiTheme="majorHAnsi" w:eastAsiaTheme="majorEastAsia" w:hAnsiTheme="majorHAnsi" w:cstheme="majorBidi"/>
      <w:i/>
      <w:iCs/>
      <w:color w:val="6B8915" w:themeColor="accent1"/>
      <w:spacing w:val="15"/>
      <w:sz w:val="24"/>
      <w:szCs w:val="24"/>
    </w:rPr>
  </w:style>
  <w:style w:type="character" w:customStyle="1" w:styleId="Sous-titreCar">
    <w:name w:val="Sous-titre Car"/>
    <w:basedOn w:val="Policepardfaut"/>
    <w:link w:val="Sous-titre"/>
    <w:uiPriority w:val="11"/>
    <w:semiHidden/>
    <w:locked/>
    <w:rsid w:val="00FC693F"/>
    <w:rPr>
      <w:rFonts w:asciiTheme="majorHAnsi" w:eastAsiaTheme="majorEastAsia" w:hAnsiTheme="majorHAnsi" w:cstheme="majorBidi"/>
      <w:i/>
      <w:iCs/>
      <w:color w:val="6B8915" w:themeColor="accent1"/>
      <w:spacing w:val="15"/>
      <w:sz w:val="24"/>
      <w:szCs w:val="24"/>
    </w:rPr>
  </w:style>
  <w:style w:type="paragraph" w:styleId="Paragraphedeliste">
    <w:name w:val="List Paragraph"/>
    <w:basedOn w:val="Normal"/>
    <w:uiPriority w:val="34"/>
    <w:semiHidden/>
    <w:locked/>
    <w:rsid w:val="00FC693F"/>
    <w:pPr>
      <w:ind w:left="720"/>
      <w:contextualSpacing/>
    </w:pPr>
  </w:style>
  <w:style w:type="paragraph" w:styleId="Corpsdetexte">
    <w:name w:val="Body Text"/>
    <w:basedOn w:val="Normal"/>
    <w:link w:val="CorpsdetexteCar"/>
    <w:uiPriority w:val="99"/>
    <w:semiHidden/>
    <w:unhideWhenUsed/>
    <w:locked/>
    <w:rsid w:val="00AA1D8D"/>
    <w:pPr>
      <w:spacing w:after="120"/>
    </w:pPr>
  </w:style>
  <w:style w:type="character" w:customStyle="1" w:styleId="CorpsdetexteCar">
    <w:name w:val="Corps de texte Car"/>
    <w:basedOn w:val="Policepardfaut"/>
    <w:link w:val="Corpsdetexte"/>
    <w:uiPriority w:val="99"/>
    <w:semiHidden/>
    <w:locked/>
    <w:rsid w:val="00AA1D8D"/>
  </w:style>
  <w:style w:type="paragraph" w:styleId="Corpsdetexte2">
    <w:name w:val="Body Text 2"/>
    <w:basedOn w:val="Normal"/>
    <w:link w:val="Corpsdetexte2Car"/>
    <w:uiPriority w:val="99"/>
    <w:semiHidden/>
    <w:unhideWhenUsed/>
    <w:locked/>
    <w:rsid w:val="00AA1D8D"/>
    <w:pPr>
      <w:spacing w:after="120" w:line="480" w:lineRule="auto"/>
    </w:pPr>
  </w:style>
  <w:style w:type="character" w:customStyle="1" w:styleId="Corpsdetexte2Car">
    <w:name w:val="Corps de texte 2 Car"/>
    <w:basedOn w:val="Policepardfaut"/>
    <w:link w:val="Corpsdetexte2"/>
    <w:uiPriority w:val="99"/>
    <w:semiHidden/>
    <w:locked/>
    <w:rsid w:val="00AA1D8D"/>
  </w:style>
  <w:style w:type="paragraph" w:styleId="Corpsdetexte3">
    <w:name w:val="Body Text 3"/>
    <w:basedOn w:val="Normal"/>
    <w:link w:val="Corpsdetexte3Car"/>
    <w:uiPriority w:val="99"/>
    <w:semiHidden/>
    <w:unhideWhenUsed/>
    <w:locked/>
    <w:rsid w:val="00AA1D8D"/>
    <w:pPr>
      <w:spacing w:after="120"/>
    </w:pPr>
    <w:rPr>
      <w:sz w:val="16"/>
      <w:szCs w:val="16"/>
    </w:rPr>
  </w:style>
  <w:style w:type="character" w:customStyle="1" w:styleId="Corpsdetexte3Car">
    <w:name w:val="Corps de texte 3 Car"/>
    <w:basedOn w:val="Policepardfaut"/>
    <w:link w:val="Corpsdetexte3"/>
    <w:uiPriority w:val="99"/>
    <w:semiHidden/>
    <w:locked/>
    <w:rsid w:val="00AA1D8D"/>
    <w:rPr>
      <w:sz w:val="16"/>
      <w:szCs w:val="16"/>
    </w:rPr>
  </w:style>
  <w:style w:type="paragraph" w:styleId="Liste">
    <w:name w:val="List"/>
    <w:basedOn w:val="Normal"/>
    <w:uiPriority w:val="99"/>
    <w:semiHidden/>
    <w:unhideWhenUsed/>
    <w:locked/>
    <w:rsid w:val="00AA1D8D"/>
    <w:pPr>
      <w:ind w:left="360" w:hanging="360"/>
      <w:contextualSpacing/>
    </w:pPr>
  </w:style>
  <w:style w:type="paragraph" w:styleId="Liste2">
    <w:name w:val="List 2"/>
    <w:basedOn w:val="Normal"/>
    <w:uiPriority w:val="99"/>
    <w:semiHidden/>
    <w:unhideWhenUsed/>
    <w:locked/>
    <w:rsid w:val="00326F90"/>
    <w:pPr>
      <w:ind w:left="720" w:hanging="360"/>
      <w:contextualSpacing/>
    </w:pPr>
  </w:style>
  <w:style w:type="paragraph" w:styleId="Liste3">
    <w:name w:val="List 3"/>
    <w:basedOn w:val="Normal"/>
    <w:uiPriority w:val="99"/>
    <w:semiHidden/>
    <w:unhideWhenUsed/>
    <w:locked/>
    <w:rsid w:val="00326F90"/>
    <w:pPr>
      <w:ind w:left="1080" w:hanging="360"/>
      <w:contextualSpacing/>
    </w:pPr>
  </w:style>
  <w:style w:type="paragraph" w:styleId="Listepuces">
    <w:name w:val="List Bullet"/>
    <w:basedOn w:val="Normal"/>
    <w:uiPriority w:val="99"/>
    <w:semiHidden/>
    <w:unhideWhenUsed/>
    <w:locked/>
    <w:rsid w:val="00326F90"/>
    <w:pPr>
      <w:numPr>
        <w:numId w:val="1"/>
      </w:numPr>
      <w:contextualSpacing/>
    </w:pPr>
  </w:style>
  <w:style w:type="paragraph" w:styleId="Listepuces2">
    <w:name w:val="List Bullet 2"/>
    <w:basedOn w:val="Normal"/>
    <w:uiPriority w:val="99"/>
    <w:semiHidden/>
    <w:unhideWhenUsed/>
    <w:locked/>
    <w:rsid w:val="00326F90"/>
    <w:pPr>
      <w:tabs>
        <w:tab w:val="num" w:pos="360"/>
      </w:tabs>
      <w:contextualSpacing/>
    </w:pPr>
  </w:style>
  <w:style w:type="paragraph" w:styleId="Listepuces3">
    <w:name w:val="List Bullet 3"/>
    <w:basedOn w:val="Normal"/>
    <w:uiPriority w:val="99"/>
    <w:semiHidden/>
    <w:unhideWhenUsed/>
    <w:locked/>
    <w:rsid w:val="00326F90"/>
    <w:pPr>
      <w:tabs>
        <w:tab w:val="num" w:pos="360"/>
      </w:tabs>
      <w:contextualSpacing/>
    </w:pPr>
  </w:style>
  <w:style w:type="paragraph" w:styleId="Listenumros">
    <w:name w:val="List Number"/>
    <w:basedOn w:val="Normal"/>
    <w:uiPriority w:val="99"/>
    <w:semiHidden/>
    <w:unhideWhenUsed/>
    <w:locked/>
    <w:rsid w:val="00326F90"/>
    <w:pPr>
      <w:tabs>
        <w:tab w:val="num" w:pos="360"/>
      </w:tabs>
      <w:contextualSpacing/>
    </w:pPr>
  </w:style>
  <w:style w:type="paragraph" w:styleId="Listenumros2">
    <w:name w:val="List Number 2"/>
    <w:basedOn w:val="Normal"/>
    <w:uiPriority w:val="99"/>
    <w:semiHidden/>
    <w:unhideWhenUsed/>
    <w:locked/>
    <w:rsid w:val="0029639D"/>
    <w:pPr>
      <w:tabs>
        <w:tab w:val="num" w:pos="360"/>
      </w:tabs>
      <w:contextualSpacing/>
    </w:pPr>
  </w:style>
  <w:style w:type="paragraph" w:styleId="Listenumros3">
    <w:name w:val="List Number 3"/>
    <w:basedOn w:val="Normal"/>
    <w:uiPriority w:val="99"/>
    <w:semiHidden/>
    <w:unhideWhenUsed/>
    <w:locked/>
    <w:rsid w:val="0029639D"/>
    <w:pPr>
      <w:tabs>
        <w:tab w:val="num" w:pos="360"/>
      </w:tabs>
      <w:contextualSpacing/>
    </w:pPr>
  </w:style>
  <w:style w:type="paragraph" w:styleId="Listecontinue">
    <w:name w:val="List Continue"/>
    <w:basedOn w:val="Normal"/>
    <w:uiPriority w:val="99"/>
    <w:semiHidden/>
    <w:unhideWhenUsed/>
    <w:locked/>
    <w:rsid w:val="0029639D"/>
    <w:pPr>
      <w:spacing w:after="120"/>
      <w:ind w:left="360"/>
      <w:contextualSpacing/>
    </w:pPr>
  </w:style>
  <w:style w:type="paragraph" w:styleId="Listecontinue2">
    <w:name w:val="List Continue 2"/>
    <w:basedOn w:val="Normal"/>
    <w:uiPriority w:val="99"/>
    <w:semiHidden/>
    <w:unhideWhenUsed/>
    <w:locked/>
    <w:rsid w:val="0029639D"/>
    <w:pPr>
      <w:spacing w:after="120"/>
      <w:ind w:left="720"/>
      <w:contextualSpacing/>
    </w:pPr>
  </w:style>
  <w:style w:type="paragraph" w:styleId="Listecontinue3">
    <w:name w:val="List Continue 3"/>
    <w:basedOn w:val="Normal"/>
    <w:uiPriority w:val="99"/>
    <w:semiHidden/>
    <w:unhideWhenUsed/>
    <w:locked/>
    <w:rsid w:val="0029639D"/>
    <w:pPr>
      <w:spacing w:after="120"/>
      <w:ind w:left="1080"/>
      <w:contextualSpacing/>
    </w:pPr>
  </w:style>
  <w:style w:type="paragraph" w:styleId="Textedemacro">
    <w:name w:val="macro"/>
    <w:link w:val="TextedemacroCar"/>
    <w:uiPriority w:val="99"/>
    <w:semiHidden/>
    <w:unhideWhenUsed/>
    <w:lock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semiHidden/>
    <w:locked/>
    <w:rsid w:val="0029639D"/>
    <w:rPr>
      <w:rFonts w:ascii="Courier" w:hAnsi="Courier"/>
      <w:sz w:val="20"/>
      <w:szCs w:val="20"/>
    </w:rPr>
  </w:style>
  <w:style w:type="paragraph" w:styleId="Citation">
    <w:name w:val="Quote"/>
    <w:basedOn w:val="Normal"/>
    <w:next w:val="Normal"/>
    <w:link w:val="CitationCar"/>
    <w:uiPriority w:val="29"/>
    <w:semiHidden/>
    <w:locked/>
    <w:rsid w:val="00FC693F"/>
    <w:rPr>
      <w:i/>
      <w:iCs/>
      <w:color w:val="222222" w:themeColor="text1"/>
    </w:rPr>
  </w:style>
  <w:style w:type="character" w:customStyle="1" w:styleId="CitationCar">
    <w:name w:val="Citation Car"/>
    <w:basedOn w:val="Policepardfaut"/>
    <w:link w:val="Citation"/>
    <w:uiPriority w:val="29"/>
    <w:semiHidden/>
    <w:locked/>
    <w:rsid w:val="00FC693F"/>
    <w:rPr>
      <w:i/>
      <w:iCs/>
      <w:color w:val="222222" w:themeColor="text1"/>
    </w:rPr>
  </w:style>
  <w:style w:type="character" w:customStyle="1" w:styleId="Titre4Car">
    <w:name w:val="Titre 4 Car"/>
    <w:basedOn w:val="Policepardfaut"/>
    <w:link w:val="Titre4"/>
    <w:uiPriority w:val="9"/>
    <w:semiHidden/>
    <w:locked/>
    <w:rsid w:val="00FC693F"/>
    <w:rPr>
      <w:rFonts w:asciiTheme="majorHAnsi" w:eastAsiaTheme="majorEastAsia" w:hAnsiTheme="majorHAnsi" w:cstheme="majorBidi"/>
      <w:b/>
      <w:bCs/>
      <w:i/>
      <w:iCs/>
      <w:color w:val="6B8915" w:themeColor="accent1"/>
    </w:rPr>
  </w:style>
  <w:style w:type="character" w:customStyle="1" w:styleId="Titre5Car">
    <w:name w:val="Titre 5 Car"/>
    <w:basedOn w:val="Policepardfaut"/>
    <w:link w:val="Titre5"/>
    <w:uiPriority w:val="9"/>
    <w:semiHidden/>
    <w:locked/>
    <w:rsid w:val="00FC693F"/>
    <w:rPr>
      <w:rFonts w:asciiTheme="majorHAnsi" w:eastAsiaTheme="majorEastAsia" w:hAnsiTheme="majorHAnsi" w:cstheme="majorBidi"/>
      <w:color w:val="35440A" w:themeColor="accent1" w:themeShade="7F"/>
    </w:rPr>
  </w:style>
  <w:style w:type="character" w:customStyle="1" w:styleId="Titre6Car">
    <w:name w:val="Titre 6 Car"/>
    <w:basedOn w:val="Policepardfaut"/>
    <w:link w:val="Titre6"/>
    <w:uiPriority w:val="9"/>
    <w:semiHidden/>
    <w:locked/>
    <w:rsid w:val="00FC693F"/>
    <w:rPr>
      <w:rFonts w:asciiTheme="majorHAnsi" w:eastAsiaTheme="majorEastAsia" w:hAnsiTheme="majorHAnsi" w:cstheme="majorBidi"/>
      <w:i/>
      <w:iCs/>
      <w:color w:val="35440A" w:themeColor="accent1" w:themeShade="7F"/>
    </w:rPr>
  </w:style>
  <w:style w:type="character" w:customStyle="1" w:styleId="Titre7Car">
    <w:name w:val="Titre 7 Car"/>
    <w:basedOn w:val="Policepardfaut"/>
    <w:link w:val="Titre7"/>
    <w:uiPriority w:val="9"/>
    <w:semiHidden/>
    <w:locked/>
    <w:rsid w:val="00FC693F"/>
    <w:rPr>
      <w:rFonts w:asciiTheme="majorHAnsi" w:eastAsiaTheme="majorEastAsia" w:hAnsiTheme="majorHAnsi" w:cstheme="majorBidi"/>
      <w:i/>
      <w:iCs/>
      <w:color w:val="595959" w:themeColor="text1" w:themeTint="BF"/>
    </w:rPr>
  </w:style>
  <w:style w:type="character" w:customStyle="1" w:styleId="Titre8Car">
    <w:name w:val="Titre 8 Car"/>
    <w:basedOn w:val="Policepardfaut"/>
    <w:link w:val="Titre8"/>
    <w:uiPriority w:val="9"/>
    <w:semiHidden/>
    <w:locked/>
    <w:rsid w:val="00FC693F"/>
    <w:rPr>
      <w:rFonts w:asciiTheme="majorHAnsi" w:eastAsiaTheme="majorEastAsia" w:hAnsiTheme="majorHAnsi" w:cstheme="majorBidi"/>
      <w:color w:val="6B8915" w:themeColor="accent1"/>
      <w:sz w:val="20"/>
      <w:szCs w:val="20"/>
    </w:rPr>
  </w:style>
  <w:style w:type="character" w:customStyle="1" w:styleId="Titre9Car">
    <w:name w:val="Titre 9 Car"/>
    <w:basedOn w:val="Policepardfaut"/>
    <w:link w:val="Titre9"/>
    <w:uiPriority w:val="9"/>
    <w:semiHidden/>
    <w:locked/>
    <w:rsid w:val="00FC693F"/>
    <w:rPr>
      <w:rFonts w:asciiTheme="majorHAnsi" w:eastAsiaTheme="majorEastAsia" w:hAnsiTheme="majorHAnsi" w:cstheme="majorBidi"/>
      <w:i/>
      <w:iCs/>
      <w:color w:val="595959" w:themeColor="text1" w:themeTint="BF"/>
      <w:sz w:val="20"/>
      <w:szCs w:val="20"/>
    </w:rPr>
  </w:style>
  <w:style w:type="paragraph" w:styleId="Lgende">
    <w:name w:val="caption"/>
    <w:basedOn w:val="Normal"/>
    <w:next w:val="Normal"/>
    <w:uiPriority w:val="35"/>
    <w:semiHidden/>
    <w:unhideWhenUsed/>
    <w:locked/>
    <w:rsid w:val="00FC693F"/>
    <w:rPr>
      <w:b/>
      <w:bCs/>
      <w:color w:val="6B8915" w:themeColor="accent1"/>
      <w:sz w:val="18"/>
      <w:szCs w:val="18"/>
    </w:rPr>
  </w:style>
  <w:style w:type="character" w:styleId="lev">
    <w:name w:val="Strong"/>
    <w:basedOn w:val="Policepardfaut"/>
    <w:uiPriority w:val="22"/>
    <w:semiHidden/>
    <w:locked/>
    <w:rsid w:val="00FC693F"/>
    <w:rPr>
      <w:b/>
      <w:bCs/>
    </w:rPr>
  </w:style>
  <w:style w:type="character" w:styleId="Accentuation">
    <w:name w:val="Emphasis"/>
    <w:basedOn w:val="Policepardfaut"/>
    <w:uiPriority w:val="20"/>
    <w:semiHidden/>
    <w:locked/>
    <w:rsid w:val="00FC693F"/>
    <w:rPr>
      <w:i/>
      <w:iCs/>
    </w:rPr>
  </w:style>
  <w:style w:type="paragraph" w:styleId="Citationintense">
    <w:name w:val="Intense Quote"/>
    <w:basedOn w:val="Normal"/>
    <w:next w:val="Normal"/>
    <w:link w:val="CitationintenseCar"/>
    <w:uiPriority w:val="30"/>
    <w:semiHidden/>
    <w:locked/>
    <w:rsid w:val="00FC693F"/>
    <w:pPr>
      <w:pBdr>
        <w:bottom w:val="single" w:sz="4" w:space="4" w:color="6B8915" w:themeColor="accent1"/>
      </w:pBdr>
      <w:spacing w:before="200" w:after="280"/>
      <w:ind w:left="936" w:right="936"/>
    </w:pPr>
    <w:rPr>
      <w:b/>
      <w:bCs/>
      <w:i/>
      <w:iCs/>
      <w:color w:val="6B8915" w:themeColor="accent1"/>
    </w:rPr>
  </w:style>
  <w:style w:type="character" w:customStyle="1" w:styleId="CitationintenseCar">
    <w:name w:val="Citation intense Car"/>
    <w:basedOn w:val="Policepardfaut"/>
    <w:link w:val="Citationintense"/>
    <w:uiPriority w:val="30"/>
    <w:semiHidden/>
    <w:locked/>
    <w:rsid w:val="00FC693F"/>
    <w:rPr>
      <w:b/>
      <w:bCs/>
      <w:i/>
      <w:iCs/>
      <w:color w:val="6B8915" w:themeColor="accent1"/>
    </w:rPr>
  </w:style>
  <w:style w:type="character" w:styleId="Accentuationlgre">
    <w:name w:val="Subtle Emphasis"/>
    <w:basedOn w:val="Policepardfaut"/>
    <w:uiPriority w:val="19"/>
    <w:semiHidden/>
    <w:locked/>
    <w:rsid w:val="00FC693F"/>
    <w:rPr>
      <w:i/>
      <w:iCs/>
      <w:color w:val="909090" w:themeColor="text1" w:themeTint="7F"/>
    </w:rPr>
  </w:style>
  <w:style w:type="character" w:styleId="Accentuationintense">
    <w:name w:val="Intense Emphasis"/>
    <w:basedOn w:val="Policepardfaut"/>
    <w:uiPriority w:val="21"/>
    <w:semiHidden/>
    <w:locked/>
    <w:rsid w:val="00FC693F"/>
    <w:rPr>
      <w:b/>
      <w:bCs/>
      <w:i/>
      <w:iCs/>
      <w:color w:val="6B8915" w:themeColor="accent1"/>
    </w:rPr>
  </w:style>
  <w:style w:type="character" w:styleId="Rfrencelgre">
    <w:name w:val="Subtle Reference"/>
    <w:basedOn w:val="Policepardfaut"/>
    <w:uiPriority w:val="31"/>
    <w:semiHidden/>
    <w:locked/>
    <w:rsid w:val="00FC693F"/>
    <w:rPr>
      <w:smallCaps/>
      <w:color w:val="4D4D4D" w:themeColor="accent2"/>
      <w:u w:val="single"/>
    </w:rPr>
  </w:style>
  <w:style w:type="character" w:styleId="Rfrenceintense">
    <w:name w:val="Intense Reference"/>
    <w:basedOn w:val="Policepardfaut"/>
    <w:uiPriority w:val="32"/>
    <w:semiHidden/>
    <w:locked/>
    <w:rsid w:val="00FC693F"/>
    <w:rPr>
      <w:b/>
      <w:bCs/>
      <w:smallCaps/>
      <w:color w:val="4D4D4D" w:themeColor="accent2"/>
      <w:spacing w:val="5"/>
      <w:u w:val="single"/>
    </w:rPr>
  </w:style>
  <w:style w:type="character" w:styleId="Titredulivre">
    <w:name w:val="Book Title"/>
    <w:basedOn w:val="Policepardfaut"/>
    <w:uiPriority w:val="33"/>
    <w:semiHidden/>
    <w:locked/>
    <w:rsid w:val="00FC693F"/>
    <w:rPr>
      <w:b/>
      <w:bCs/>
      <w:smallCaps/>
      <w:spacing w:val="5"/>
    </w:rPr>
  </w:style>
  <w:style w:type="paragraph" w:styleId="En-ttedetabledesmatires">
    <w:name w:val="TOC Heading"/>
    <w:basedOn w:val="Titre1"/>
    <w:next w:val="Normal"/>
    <w:uiPriority w:val="39"/>
    <w:semiHidden/>
    <w:unhideWhenUsed/>
    <w:locked/>
    <w:rsid w:val="00FC693F"/>
    <w:pPr>
      <w:outlineLvl w:val="9"/>
    </w:pPr>
  </w:style>
  <w:style w:type="table" w:styleId="Grilledutableau">
    <w:name w:val="Table Grid"/>
    <w:basedOn w:val="TableauNormal"/>
    <w:uiPriority w:val="59"/>
    <w:semiHidden/>
    <w:locked/>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semiHidden/>
    <w:locked/>
    <w:rsid w:val="00FC693F"/>
    <w:pPr>
      <w:spacing w:after="0" w:line="240" w:lineRule="auto"/>
    </w:pPr>
    <w:rPr>
      <w:color w:val="191919" w:themeColor="text1" w:themeShade="BF"/>
    </w:rPr>
    <w:tblPr>
      <w:tblStyleRowBandSize w:val="1"/>
      <w:tblStyleColBandSize w:val="1"/>
      <w:tblBorders>
        <w:top w:val="single" w:sz="8" w:space="0" w:color="222222" w:themeColor="text1"/>
        <w:bottom w:val="single" w:sz="8" w:space="0" w:color="222222" w:themeColor="text1"/>
      </w:tblBorders>
    </w:tblPr>
    <w:tblStylePr w:type="firstRow">
      <w:pPr>
        <w:spacing w:before="0" w:after="0" w:line="240" w:lineRule="auto"/>
      </w:pPr>
      <w:rPr>
        <w:b/>
        <w:bCs/>
      </w:rPr>
      <w:tblPr/>
      <w:tcPr>
        <w:tcBorders>
          <w:top w:val="single" w:sz="8" w:space="0" w:color="222222" w:themeColor="text1"/>
          <w:left w:val="nil"/>
          <w:bottom w:val="single" w:sz="8" w:space="0" w:color="222222" w:themeColor="text1"/>
          <w:right w:val="nil"/>
          <w:insideH w:val="nil"/>
          <w:insideV w:val="nil"/>
        </w:tcBorders>
      </w:tcPr>
    </w:tblStylePr>
    <w:tblStylePr w:type="lastRow">
      <w:pPr>
        <w:spacing w:before="0" w:after="0" w:line="240" w:lineRule="auto"/>
      </w:pPr>
      <w:rPr>
        <w:b/>
        <w:bCs/>
      </w:rPr>
      <w:tblPr/>
      <w:tcPr>
        <w:tcBorders>
          <w:top w:val="single" w:sz="8" w:space="0" w:color="222222" w:themeColor="text1"/>
          <w:left w:val="nil"/>
          <w:bottom w:val="single" w:sz="8" w:space="0" w:color="22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8C8C8" w:themeFill="text1" w:themeFillTint="3F"/>
      </w:tcPr>
    </w:tblStylePr>
    <w:tblStylePr w:type="band1Horz">
      <w:tblPr/>
      <w:tcPr>
        <w:tcBorders>
          <w:left w:val="nil"/>
          <w:right w:val="nil"/>
          <w:insideH w:val="nil"/>
          <w:insideV w:val="nil"/>
        </w:tcBorders>
        <w:shd w:val="clear" w:color="auto" w:fill="C8C8C8" w:themeFill="text1" w:themeFillTint="3F"/>
      </w:tcPr>
    </w:tblStylePr>
  </w:style>
  <w:style w:type="table" w:styleId="Trameclaire-Accent1">
    <w:name w:val="Light Shading Accent 1"/>
    <w:basedOn w:val="TableauNormal"/>
    <w:uiPriority w:val="60"/>
    <w:semiHidden/>
    <w:locked/>
    <w:rsid w:val="00FC693F"/>
    <w:pPr>
      <w:spacing w:after="0" w:line="240" w:lineRule="auto"/>
    </w:pPr>
    <w:rPr>
      <w:color w:val="50660F" w:themeColor="accent1" w:themeShade="BF"/>
    </w:rPr>
    <w:tblPr>
      <w:tblStyleRowBandSize w:val="1"/>
      <w:tblStyleColBandSize w:val="1"/>
      <w:tblBorders>
        <w:top w:val="single" w:sz="8" w:space="0" w:color="6B8915" w:themeColor="accent1"/>
        <w:bottom w:val="single" w:sz="8" w:space="0" w:color="6B8915" w:themeColor="accent1"/>
      </w:tblBorders>
    </w:tblPr>
    <w:tblStylePr w:type="firstRow">
      <w:pPr>
        <w:spacing w:before="0" w:after="0" w:line="240" w:lineRule="auto"/>
      </w:pPr>
      <w:rPr>
        <w:b/>
        <w:bCs/>
      </w:rPr>
      <w:tblPr/>
      <w:tcPr>
        <w:tcBorders>
          <w:top w:val="single" w:sz="8" w:space="0" w:color="6B8915" w:themeColor="accent1"/>
          <w:left w:val="nil"/>
          <w:bottom w:val="single" w:sz="8" w:space="0" w:color="6B8915" w:themeColor="accent1"/>
          <w:right w:val="nil"/>
          <w:insideH w:val="nil"/>
          <w:insideV w:val="nil"/>
        </w:tcBorders>
      </w:tcPr>
    </w:tblStylePr>
    <w:tblStylePr w:type="lastRow">
      <w:pPr>
        <w:spacing w:before="0" w:after="0" w:line="240" w:lineRule="auto"/>
      </w:pPr>
      <w:rPr>
        <w:b/>
        <w:bCs/>
      </w:rPr>
      <w:tblPr/>
      <w:tcPr>
        <w:tcBorders>
          <w:top w:val="single" w:sz="8" w:space="0" w:color="6B8915" w:themeColor="accent1"/>
          <w:left w:val="nil"/>
          <w:bottom w:val="single" w:sz="8" w:space="0" w:color="6B891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3B3" w:themeFill="accent1" w:themeFillTint="3F"/>
      </w:tcPr>
    </w:tblStylePr>
    <w:tblStylePr w:type="band1Horz">
      <w:tblPr/>
      <w:tcPr>
        <w:tcBorders>
          <w:left w:val="nil"/>
          <w:right w:val="nil"/>
          <w:insideH w:val="nil"/>
          <w:insideV w:val="nil"/>
        </w:tcBorders>
        <w:shd w:val="clear" w:color="auto" w:fill="E2F3B3" w:themeFill="accent1" w:themeFillTint="3F"/>
      </w:tcPr>
    </w:tblStylePr>
  </w:style>
  <w:style w:type="table" w:styleId="Trameclaire-Accent2">
    <w:name w:val="Light Shading Accent 2"/>
    <w:basedOn w:val="TableauNormal"/>
    <w:uiPriority w:val="60"/>
    <w:semiHidden/>
    <w:locked/>
    <w:rsid w:val="00FC693F"/>
    <w:pPr>
      <w:spacing w:after="0" w:line="240" w:lineRule="auto"/>
    </w:pPr>
    <w:rPr>
      <w:color w:val="393939" w:themeColor="accent2" w:themeShade="BF"/>
    </w:rPr>
    <w:tblPr>
      <w:tblStyleRowBandSize w:val="1"/>
      <w:tblStyleColBandSize w:val="1"/>
      <w:tblBorders>
        <w:top w:val="single" w:sz="8" w:space="0" w:color="4D4D4D" w:themeColor="accent2"/>
        <w:bottom w:val="single" w:sz="8" w:space="0" w:color="4D4D4D" w:themeColor="accent2"/>
      </w:tblBorders>
    </w:tblPr>
    <w:tblStylePr w:type="firstRow">
      <w:pPr>
        <w:spacing w:before="0" w:after="0" w:line="240" w:lineRule="auto"/>
      </w:pPr>
      <w:rPr>
        <w:b/>
        <w:bCs/>
      </w:rPr>
      <w:tblPr/>
      <w:tcPr>
        <w:tcBorders>
          <w:top w:val="single" w:sz="8" w:space="0" w:color="4D4D4D" w:themeColor="accent2"/>
          <w:left w:val="nil"/>
          <w:bottom w:val="single" w:sz="8" w:space="0" w:color="4D4D4D" w:themeColor="accent2"/>
          <w:right w:val="nil"/>
          <w:insideH w:val="nil"/>
          <w:insideV w:val="nil"/>
        </w:tcBorders>
      </w:tcPr>
    </w:tblStylePr>
    <w:tblStylePr w:type="lastRow">
      <w:pPr>
        <w:spacing w:before="0" w:after="0" w:line="240" w:lineRule="auto"/>
      </w:pPr>
      <w:rPr>
        <w:b/>
        <w:bCs/>
      </w:rPr>
      <w:tblPr/>
      <w:tcPr>
        <w:tcBorders>
          <w:top w:val="single" w:sz="8" w:space="0" w:color="4D4D4D" w:themeColor="accent2"/>
          <w:left w:val="nil"/>
          <w:bottom w:val="single" w:sz="8" w:space="0" w:color="4D4D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2" w:themeFillTint="3F"/>
      </w:tcPr>
    </w:tblStylePr>
    <w:tblStylePr w:type="band1Horz">
      <w:tblPr/>
      <w:tcPr>
        <w:tcBorders>
          <w:left w:val="nil"/>
          <w:right w:val="nil"/>
          <w:insideH w:val="nil"/>
          <w:insideV w:val="nil"/>
        </w:tcBorders>
        <w:shd w:val="clear" w:color="auto" w:fill="D3D3D3" w:themeFill="accent2" w:themeFillTint="3F"/>
      </w:tcPr>
    </w:tblStylePr>
  </w:style>
  <w:style w:type="table" w:styleId="Trameclaire-Accent3">
    <w:name w:val="Light Shading Accent 3"/>
    <w:basedOn w:val="TableauNormal"/>
    <w:uiPriority w:val="60"/>
    <w:semiHidden/>
    <w:locked/>
    <w:rsid w:val="00FC693F"/>
    <w:pPr>
      <w:spacing w:after="0" w:line="240" w:lineRule="auto"/>
    </w:pPr>
    <w:rPr>
      <w:color w:val="839449" w:themeColor="accent3" w:themeShade="BF"/>
    </w:rPr>
    <w:tblPr>
      <w:tblStyleRowBandSize w:val="1"/>
      <w:tblStyleColBandSize w:val="1"/>
      <w:tblBorders>
        <w:top w:val="single" w:sz="8" w:space="0" w:color="A8B870" w:themeColor="accent3"/>
        <w:bottom w:val="single" w:sz="8" w:space="0" w:color="A8B870" w:themeColor="accent3"/>
      </w:tblBorders>
    </w:tblPr>
    <w:tblStylePr w:type="firstRow">
      <w:pPr>
        <w:spacing w:before="0" w:after="0" w:line="240" w:lineRule="auto"/>
      </w:pPr>
      <w:rPr>
        <w:b/>
        <w:bCs/>
      </w:rPr>
      <w:tblPr/>
      <w:tcPr>
        <w:tcBorders>
          <w:top w:val="single" w:sz="8" w:space="0" w:color="A8B870" w:themeColor="accent3"/>
          <w:left w:val="nil"/>
          <w:bottom w:val="single" w:sz="8" w:space="0" w:color="A8B870" w:themeColor="accent3"/>
          <w:right w:val="nil"/>
          <w:insideH w:val="nil"/>
          <w:insideV w:val="nil"/>
        </w:tcBorders>
      </w:tcPr>
    </w:tblStylePr>
    <w:tblStylePr w:type="lastRow">
      <w:pPr>
        <w:spacing w:before="0" w:after="0" w:line="240" w:lineRule="auto"/>
      </w:pPr>
      <w:rPr>
        <w:b/>
        <w:bCs/>
      </w:rPr>
      <w:tblPr/>
      <w:tcPr>
        <w:tcBorders>
          <w:top w:val="single" w:sz="8" w:space="0" w:color="A8B870" w:themeColor="accent3"/>
          <w:left w:val="nil"/>
          <w:bottom w:val="single" w:sz="8" w:space="0" w:color="A8B87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EDDB" w:themeFill="accent3" w:themeFillTint="3F"/>
      </w:tcPr>
    </w:tblStylePr>
    <w:tblStylePr w:type="band1Horz">
      <w:tblPr/>
      <w:tcPr>
        <w:tcBorders>
          <w:left w:val="nil"/>
          <w:right w:val="nil"/>
          <w:insideH w:val="nil"/>
          <w:insideV w:val="nil"/>
        </w:tcBorders>
        <w:shd w:val="clear" w:color="auto" w:fill="E9EDDB" w:themeFill="accent3" w:themeFillTint="3F"/>
      </w:tcPr>
    </w:tblStylePr>
  </w:style>
  <w:style w:type="table" w:styleId="Trameclaire-Accent4">
    <w:name w:val="Light Shading Accent 4"/>
    <w:basedOn w:val="TableauNormal"/>
    <w:uiPriority w:val="60"/>
    <w:semiHidden/>
    <w:locked/>
    <w:rsid w:val="00FC693F"/>
    <w:pPr>
      <w:spacing w:after="0" w:line="240" w:lineRule="auto"/>
    </w:pPr>
    <w:rPr>
      <w:color w:val="685124" w:themeColor="accent4" w:themeShade="BF"/>
    </w:rPr>
    <w:tblPr>
      <w:tblStyleRowBandSize w:val="1"/>
      <w:tblStyleColBandSize w:val="1"/>
      <w:tblBorders>
        <w:top w:val="single" w:sz="8" w:space="0" w:color="8C6D31" w:themeColor="accent4"/>
        <w:bottom w:val="single" w:sz="8" w:space="0" w:color="8C6D31" w:themeColor="accent4"/>
      </w:tblBorders>
    </w:tblPr>
    <w:tblStylePr w:type="firstRow">
      <w:pPr>
        <w:spacing w:before="0" w:after="0" w:line="240" w:lineRule="auto"/>
      </w:pPr>
      <w:rPr>
        <w:b/>
        <w:bCs/>
      </w:rPr>
      <w:tblPr/>
      <w:tcPr>
        <w:tcBorders>
          <w:top w:val="single" w:sz="8" w:space="0" w:color="8C6D31" w:themeColor="accent4"/>
          <w:left w:val="nil"/>
          <w:bottom w:val="single" w:sz="8" w:space="0" w:color="8C6D31" w:themeColor="accent4"/>
          <w:right w:val="nil"/>
          <w:insideH w:val="nil"/>
          <w:insideV w:val="nil"/>
        </w:tcBorders>
      </w:tcPr>
    </w:tblStylePr>
    <w:tblStylePr w:type="lastRow">
      <w:pPr>
        <w:spacing w:before="0" w:after="0" w:line="240" w:lineRule="auto"/>
      </w:pPr>
      <w:rPr>
        <w:b/>
        <w:bCs/>
      </w:rPr>
      <w:tblPr/>
      <w:tcPr>
        <w:tcBorders>
          <w:top w:val="single" w:sz="8" w:space="0" w:color="8C6D31" w:themeColor="accent4"/>
          <w:left w:val="nil"/>
          <w:bottom w:val="single" w:sz="8" w:space="0" w:color="8C6D31"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DDC4" w:themeFill="accent4" w:themeFillTint="3F"/>
      </w:tcPr>
    </w:tblStylePr>
    <w:tblStylePr w:type="band1Horz">
      <w:tblPr/>
      <w:tcPr>
        <w:tcBorders>
          <w:left w:val="nil"/>
          <w:right w:val="nil"/>
          <w:insideH w:val="nil"/>
          <w:insideV w:val="nil"/>
        </w:tcBorders>
        <w:shd w:val="clear" w:color="auto" w:fill="EADDC4" w:themeFill="accent4" w:themeFillTint="3F"/>
      </w:tcPr>
    </w:tblStylePr>
  </w:style>
  <w:style w:type="table" w:styleId="Trameclaire-Accent5">
    <w:name w:val="Light Shading Accent 5"/>
    <w:basedOn w:val="TableauNormal"/>
    <w:uiPriority w:val="60"/>
    <w:semiHidden/>
    <w:locked/>
    <w:rsid w:val="00FC693F"/>
    <w:pPr>
      <w:spacing w:after="0" w:line="240" w:lineRule="auto"/>
    </w:pPr>
    <w:rPr>
      <w:color w:val="4E6780" w:themeColor="accent5" w:themeShade="BF"/>
    </w:rPr>
    <w:tblPr>
      <w:tblStyleRowBandSize w:val="1"/>
      <w:tblStyleColBandSize w:val="1"/>
      <w:tblBorders>
        <w:top w:val="single" w:sz="8" w:space="0" w:color="6E8AA6" w:themeColor="accent5"/>
        <w:bottom w:val="single" w:sz="8" w:space="0" w:color="6E8AA6" w:themeColor="accent5"/>
      </w:tblBorders>
    </w:tblPr>
    <w:tblStylePr w:type="firstRow">
      <w:pPr>
        <w:spacing w:before="0" w:after="0" w:line="240" w:lineRule="auto"/>
      </w:pPr>
      <w:rPr>
        <w:b/>
        <w:bCs/>
      </w:rPr>
      <w:tblPr/>
      <w:tcPr>
        <w:tcBorders>
          <w:top w:val="single" w:sz="8" w:space="0" w:color="6E8AA6" w:themeColor="accent5"/>
          <w:left w:val="nil"/>
          <w:bottom w:val="single" w:sz="8" w:space="0" w:color="6E8AA6" w:themeColor="accent5"/>
          <w:right w:val="nil"/>
          <w:insideH w:val="nil"/>
          <w:insideV w:val="nil"/>
        </w:tcBorders>
      </w:tcPr>
    </w:tblStylePr>
    <w:tblStylePr w:type="lastRow">
      <w:pPr>
        <w:spacing w:before="0" w:after="0" w:line="240" w:lineRule="auto"/>
      </w:pPr>
      <w:rPr>
        <w:b/>
        <w:bCs/>
      </w:rPr>
      <w:tblPr/>
      <w:tcPr>
        <w:tcBorders>
          <w:top w:val="single" w:sz="8" w:space="0" w:color="6E8AA6" w:themeColor="accent5"/>
          <w:left w:val="nil"/>
          <w:bottom w:val="single" w:sz="8" w:space="0" w:color="6E8AA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1E9" w:themeFill="accent5" w:themeFillTint="3F"/>
      </w:tcPr>
    </w:tblStylePr>
    <w:tblStylePr w:type="band1Horz">
      <w:tblPr/>
      <w:tcPr>
        <w:tcBorders>
          <w:left w:val="nil"/>
          <w:right w:val="nil"/>
          <w:insideH w:val="nil"/>
          <w:insideV w:val="nil"/>
        </w:tcBorders>
        <w:shd w:val="clear" w:color="auto" w:fill="DBE1E9" w:themeFill="accent5" w:themeFillTint="3F"/>
      </w:tcPr>
    </w:tblStylePr>
  </w:style>
  <w:style w:type="table" w:styleId="Trameclaire-Accent6">
    <w:name w:val="Light Shading Accent 6"/>
    <w:basedOn w:val="TableauNormal"/>
    <w:uiPriority w:val="60"/>
    <w:semiHidden/>
    <w:locked/>
    <w:rsid w:val="00FC693F"/>
    <w:pPr>
      <w:spacing w:after="0" w:line="240" w:lineRule="auto"/>
    </w:pPr>
    <w:rPr>
      <w:color w:val="765967" w:themeColor="accent6" w:themeShade="BF"/>
    </w:rPr>
    <w:tblPr>
      <w:tblStyleRowBandSize w:val="1"/>
      <w:tblStyleColBandSize w:val="1"/>
      <w:tblBorders>
        <w:top w:val="single" w:sz="8" w:space="0" w:color="9B7B8B" w:themeColor="accent6"/>
        <w:bottom w:val="single" w:sz="8" w:space="0" w:color="9B7B8B" w:themeColor="accent6"/>
      </w:tblBorders>
    </w:tblPr>
    <w:tblStylePr w:type="firstRow">
      <w:pPr>
        <w:spacing w:before="0" w:after="0" w:line="240" w:lineRule="auto"/>
      </w:pPr>
      <w:rPr>
        <w:b/>
        <w:bCs/>
      </w:rPr>
      <w:tblPr/>
      <w:tcPr>
        <w:tcBorders>
          <w:top w:val="single" w:sz="8" w:space="0" w:color="9B7B8B" w:themeColor="accent6"/>
          <w:left w:val="nil"/>
          <w:bottom w:val="single" w:sz="8" w:space="0" w:color="9B7B8B" w:themeColor="accent6"/>
          <w:right w:val="nil"/>
          <w:insideH w:val="nil"/>
          <w:insideV w:val="nil"/>
        </w:tcBorders>
      </w:tcPr>
    </w:tblStylePr>
    <w:tblStylePr w:type="lastRow">
      <w:pPr>
        <w:spacing w:before="0" w:after="0" w:line="240" w:lineRule="auto"/>
      </w:pPr>
      <w:rPr>
        <w:b/>
        <w:bCs/>
      </w:rPr>
      <w:tblPr/>
      <w:tcPr>
        <w:tcBorders>
          <w:top w:val="single" w:sz="8" w:space="0" w:color="9B7B8B" w:themeColor="accent6"/>
          <w:left w:val="nil"/>
          <w:bottom w:val="single" w:sz="8" w:space="0" w:color="9B7B8B"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EE2" w:themeFill="accent6" w:themeFillTint="3F"/>
      </w:tcPr>
    </w:tblStylePr>
    <w:tblStylePr w:type="band1Horz">
      <w:tblPr/>
      <w:tcPr>
        <w:tcBorders>
          <w:left w:val="nil"/>
          <w:right w:val="nil"/>
          <w:insideH w:val="nil"/>
          <w:insideV w:val="nil"/>
        </w:tcBorders>
        <w:shd w:val="clear" w:color="auto" w:fill="E6DEE2" w:themeFill="accent6" w:themeFillTint="3F"/>
      </w:tcPr>
    </w:tblStylePr>
  </w:style>
  <w:style w:type="table" w:styleId="Listeclaire">
    <w:name w:val="Light List"/>
    <w:basedOn w:val="TableauNormal"/>
    <w:uiPriority w:val="61"/>
    <w:semiHidden/>
    <w:locked/>
    <w:rsid w:val="00FC693F"/>
    <w:pPr>
      <w:spacing w:after="0" w:line="240" w:lineRule="auto"/>
    </w:pPr>
    <w:tblPr>
      <w:tblStyleRowBandSize w:val="1"/>
      <w:tblStyleColBandSize w:val="1"/>
      <w:tblBorders>
        <w:top w:val="single" w:sz="8" w:space="0" w:color="222222" w:themeColor="text1"/>
        <w:left w:val="single" w:sz="8" w:space="0" w:color="222222" w:themeColor="text1"/>
        <w:bottom w:val="single" w:sz="8" w:space="0" w:color="222222" w:themeColor="text1"/>
        <w:right w:val="single" w:sz="8" w:space="0" w:color="222222" w:themeColor="text1"/>
      </w:tblBorders>
    </w:tblPr>
    <w:tblStylePr w:type="firstRow">
      <w:pPr>
        <w:spacing w:before="0" w:after="0" w:line="240" w:lineRule="auto"/>
      </w:pPr>
      <w:rPr>
        <w:b/>
        <w:bCs/>
        <w:color w:val="FFFFFF" w:themeColor="background1"/>
      </w:rPr>
      <w:tblPr/>
      <w:tcPr>
        <w:shd w:val="clear" w:color="auto" w:fill="222222" w:themeFill="text1"/>
      </w:tcPr>
    </w:tblStylePr>
    <w:tblStylePr w:type="lastRow">
      <w:pPr>
        <w:spacing w:before="0" w:after="0" w:line="240" w:lineRule="auto"/>
      </w:pPr>
      <w:rPr>
        <w:b/>
        <w:bCs/>
      </w:rPr>
      <w:tblPr/>
      <w:tcPr>
        <w:tcBorders>
          <w:top w:val="double" w:sz="6" w:space="0" w:color="222222" w:themeColor="text1"/>
          <w:left w:val="single" w:sz="8" w:space="0" w:color="222222" w:themeColor="text1"/>
          <w:bottom w:val="single" w:sz="8" w:space="0" w:color="222222" w:themeColor="text1"/>
          <w:right w:val="single" w:sz="8" w:space="0" w:color="222222" w:themeColor="text1"/>
        </w:tcBorders>
      </w:tcPr>
    </w:tblStylePr>
    <w:tblStylePr w:type="firstCol">
      <w:rPr>
        <w:b/>
        <w:bCs/>
      </w:rPr>
    </w:tblStylePr>
    <w:tblStylePr w:type="lastCol">
      <w:rPr>
        <w:b/>
        <w:bCs/>
      </w:rPr>
    </w:tblStylePr>
    <w:tblStylePr w:type="band1Vert">
      <w:tblPr/>
      <w:tcPr>
        <w:tcBorders>
          <w:top w:val="single" w:sz="8" w:space="0" w:color="222222" w:themeColor="text1"/>
          <w:left w:val="single" w:sz="8" w:space="0" w:color="222222" w:themeColor="text1"/>
          <w:bottom w:val="single" w:sz="8" w:space="0" w:color="222222" w:themeColor="text1"/>
          <w:right w:val="single" w:sz="8" w:space="0" w:color="222222" w:themeColor="text1"/>
        </w:tcBorders>
      </w:tcPr>
    </w:tblStylePr>
    <w:tblStylePr w:type="band1Horz">
      <w:tblPr/>
      <w:tcPr>
        <w:tcBorders>
          <w:top w:val="single" w:sz="8" w:space="0" w:color="222222" w:themeColor="text1"/>
          <w:left w:val="single" w:sz="8" w:space="0" w:color="222222" w:themeColor="text1"/>
          <w:bottom w:val="single" w:sz="8" w:space="0" w:color="222222" w:themeColor="text1"/>
          <w:right w:val="single" w:sz="8" w:space="0" w:color="222222" w:themeColor="text1"/>
        </w:tcBorders>
      </w:tcPr>
    </w:tblStylePr>
  </w:style>
  <w:style w:type="table" w:styleId="Listeclaire-Accent1">
    <w:name w:val="Light List Accent 1"/>
    <w:basedOn w:val="TableauNormal"/>
    <w:uiPriority w:val="61"/>
    <w:semiHidden/>
    <w:locked/>
    <w:rsid w:val="00FC693F"/>
    <w:pPr>
      <w:spacing w:after="0" w:line="240" w:lineRule="auto"/>
    </w:pPr>
    <w:tblPr>
      <w:tblStyleRowBandSize w:val="1"/>
      <w:tblStyleColBandSize w:val="1"/>
      <w:tblBorders>
        <w:top w:val="single" w:sz="8" w:space="0" w:color="6B8915" w:themeColor="accent1"/>
        <w:left w:val="single" w:sz="8" w:space="0" w:color="6B8915" w:themeColor="accent1"/>
        <w:bottom w:val="single" w:sz="8" w:space="0" w:color="6B8915" w:themeColor="accent1"/>
        <w:right w:val="single" w:sz="8" w:space="0" w:color="6B8915" w:themeColor="accent1"/>
      </w:tblBorders>
    </w:tblPr>
    <w:tblStylePr w:type="firstRow">
      <w:pPr>
        <w:spacing w:before="0" w:after="0" w:line="240" w:lineRule="auto"/>
      </w:pPr>
      <w:rPr>
        <w:b/>
        <w:bCs/>
        <w:color w:val="FFFFFF" w:themeColor="background1"/>
      </w:rPr>
      <w:tblPr/>
      <w:tcPr>
        <w:shd w:val="clear" w:color="auto" w:fill="6B8915" w:themeFill="accent1"/>
      </w:tcPr>
    </w:tblStylePr>
    <w:tblStylePr w:type="lastRow">
      <w:pPr>
        <w:spacing w:before="0" w:after="0" w:line="240" w:lineRule="auto"/>
      </w:pPr>
      <w:rPr>
        <w:b/>
        <w:bCs/>
      </w:rPr>
      <w:tblPr/>
      <w:tcPr>
        <w:tcBorders>
          <w:top w:val="double" w:sz="6" w:space="0" w:color="6B8915" w:themeColor="accent1"/>
          <w:left w:val="single" w:sz="8" w:space="0" w:color="6B8915" w:themeColor="accent1"/>
          <w:bottom w:val="single" w:sz="8" w:space="0" w:color="6B8915" w:themeColor="accent1"/>
          <w:right w:val="single" w:sz="8" w:space="0" w:color="6B8915" w:themeColor="accent1"/>
        </w:tcBorders>
      </w:tcPr>
    </w:tblStylePr>
    <w:tblStylePr w:type="firstCol">
      <w:rPr>
        <w:b/>
        <w:bCs/>
      </w:rPr>
    </w:tblStylePr>
    <w:tblStylePr w:type="lastCol">
      <w:rPr>
        <w:b/>
        <w:bCs/>
      </w:rPr>
    </w:tblStylePr>
    <w:tblStylePr w:type="band1Vert">
      <w:tblPr/>
      <w:tcPr>
        <w:tcBorders>
          <w:top w:val="single" w:sz="8" w:space="0" w:color="6B8915" w:themeColor="accent1"/>
          <w:left w:val="single" w:sz="8" w:space="0" w:color="6B8915" w:themeColor="accent1"/>
          <w:bottom w:val="single" w:sz="8" w:space="0" w:color="6B8915" w:themeColor="accent1"/>
          <w:right w:val="single" w:sz="8" w:space="0" w:color="6B8915" w:themeColor="accent1"/>
        </w:tcBorders>
      </w:tcPr>
    </w:tblStylePr>
    <w:tblStylePr w:type="band1Horz">
      <w:tblPr/>
      <w:tcPr>
        <w:tcBorders>
          <w:top w:val="single" w:sz="8" w:space="0" w:color="6B8915" w:themeColor="accent1"/>
          <w:left w:val="single" w:sz="8" w:space="0" w:color="6B8915" w:themeColor="accent1"/>
          <w:bottom w:val="single" w:sz="8" w:space="0" w:color="6B8915" w:themeColor="accent1"/>
          <w:right w:val="single" w:sz="8" w:space="0" w:color="6B8915" w:themeColor="accent1"/>
        </w:tcBorders>
      </w:tcPr>
    </w:tblStylePr>
  </w:style>
  <w:style w:type="table" w:styleId="Listeclaire-Accent2">
    <w:name w:val="Light List Accent 2"/>
    <w:basedOn w:val="TableauNormal"/>
    <w:uiPriority w:val="61"/>
    <w:semiHidden/>
    <w:locked/>
    <w:rsid w:val="00CB0664"/>
    <w:pPr>
      <w:spacing w:after="0" w:line="240" w:lineRule="auto"/>
    </w:pPr>
    <w:tblPr>
      <w:tblStyleRowBandSize w:val="1"/>
      <w:tblStyleColBandSize w:val="1"/>
      <w:tblBorders>
        <w:top w:val="single" w:sz="8" w:space="0" w:color="4D4D4D" w:themeColor="accent2"/>
        <w:left w:val="single" w:sz="8" w:space="0" w:color="4D4D4D" w:themeColor="accent2"/>
        <w:bottom w:val="single" w:sz="8" w:space="0" w:color="4D4D4D" w:themeColor="accent2"/>
        <w:right w:val="single" w:sz="8" w:space="0" w:color="4D4D4D" w:themeColor="accent2"/>
      </w:tblBorders>
    </w:tblPr>
    <w:tblStylePr w:type="firstRow">
      <w:pPr>
        <w:spacing w:before="0" w:after="0" w:line="240" w:lineRule="auto"/>
      </w:pPr>
      <w:rPr>
        <w:b/>
        <w:bCs/>
        <w:color w:val="FFFFFF" w:themeColor="background1"/>
      </w:rPr>
      <w:tblPr/>
      <w:tcPr>
        <w:shd w:val="clear" w:color="auto" w:fill="4D4D4D" w:themeFill="accent2"/>
      </w:tcPr>
    </w:tblStylePr>
    <w:tblStylePr w:type="lastRow">
      <w:pPr>
        <w:spacing w:before="0" w:after="0" w:line="240" w:lineRule="auto"/>
      </w:pPr>
      <w:rPr>
        <w:b/>
        <w:bCs/>
      </w:rPr>
      <w:tblPr/>
      <w:tcPr>
        <w:tcBorders>
          <w:top w:val="double" w:sz="6" w:space="0" w:color="4D4D4D" w:themeColor="accent2"/>
          <w:left w:val="single" w:sz="8" w:space="0" w:color="4D4D4D" w:themeColor="accent2"/>
          <w:bottom w:val="single" w:sz="8" w:space="0" w:color="4D4D4D" w:themeColor="accent2"/>
          <w:right w:val="single" w:sz="8" w:space="0" w:color="4D4D4D" w:themeColor="accent2"/>
        </w:tcBorders>
      </w:tcPr>
    </w:tblStylePr>
    <w:tblStylePr w:type="firstCol">
      <w:rPr>
        <w:b/>
        <w:bCs/>
      </w:rPr>
    </w:tblStylePr>
    <w:tblStylePr w:type="lastCol">
      <w:rPr>
        <w:b/>
        <w:bCs/>
      </w:rPr>
    </w:tblStylePr>
    <w:tblStylePr w:type="band1Vert">
      <w:tblPr/>
      <w:tcPr>
        <w:tcBorders>
          <w:top w:val="single" w:sz="8" w:space="0" w:color="4D4D4D" w:themeColor="accent2"/>
          <w:left w:val="single" w:sz="8" w:space="0" w:color="4D4D4D" w:themeColor="accent2"/>
          <w:bottom w:val="single" w:sz="8" w:space="0" w:color="4D4D4D" w:themeColor="accent2"/>
          <w:right w:val="single" w:sz="8" w:space="0" w:color="4D4D4D" w:themeColor="accent2"/>
        </w:tcBorders>
      </w:tcPr>
    </w:tblStylePr>
    <w:tblStylePr w:type="band1Horz">
      <w:tblPr/>
      <w:tcPr>
        <w:tcBorders>
          <w:top w:val="single" w:sz="8" w:space="0" w:color="4D4D4D" w:themeColor="accent2"/>
          <w:left w:val="single" w:sz="8" w:space="0" w:color="4D4D4D" w:themeColor="accent2"/>
          <w:bottom w:val="single" w:sz="8" w:space="0" w:color="4D4D4D" w:themeColor="accent2"/>
          <w:right w:val="single" w:sz="8" w:space="0" w:color="4D4D4D" w:themeColor="accent2"/>
        </w:tcBorders>
      </w:tcPr>
    </w:tblStylePr>
  </w:style>
  <w:style w:type="table" w:styleId="Listeclaire-Accent3">
    <w:name w:val="Light List Accent 3"/>
    <w:basedOn w:val="TableauNormal"/>
    <w:uiPriority w:val="61"/>
    <w:semiHidden/>
    <w:locked/>
    <w:rsid w:val="00CB0664"/>
    <w:pPr>
      <w:spacing w:after="0" w:line="240" w:lineRule="auto"/>
    </w:pPr>
    <w:tblPr>
      <w:tblStyleRowBandSize w:val="1"/>
      <w:tblStyleColBandSize w:val="1"/>
      <w:tblBorders>
        <w:top w:val="single" w:sz="8" w:space="0" w:color="A8B870" w:themeColor="accent3"/>
        <w:left w:val="single" w:sz="8" w:space="0" w:color="A8B870" w:themeColor="accent3"/>
        <w:bottom w:val="single" w:sz="8" w:space="0" w:color="A8B870" w:themeColor="accent3"/>
        <w:right w:val="single" w:sz="8" w:space="0" w:color="A8B870" w:themeColor="accent3"/>
      </w:tblBorders>
    </w:tblPr>
    <w:tblStylePr w:type="firstRow">
      <w:pPr>
        <w:spacing w:before="0" w:after="0" w:line="240" w:lineRule="auto"/>
      </w:pPr>
      <w:rPr>
        <w:b/>
        <w:bCs/>
        <w:color w:val="FFFFFF" w:themeColor="background1"/>
      </w:rPr>
      <w:tblPr/>
      <w:tcPr>
        <w:shd w:val="clear" w:color="auto" w:fill="A8B870" w:themeFill="accent3"/>
      </w:tcPr>
    </w:tblStylePr>
    <w:tblStylePr w:type="lastRow">
      <w:pPr>
        <w:spacing w:before="0" w:after="0" w:line="240" w:lineRule="auto"/>
      </w:pPr>
      <w:rPr>
        <w:b/>
        <w:bCs/>
      </w:rPr>
      <w:tblPr/>
      <w:tcPr>
        <w:tcBorders>
          <w:top w:val="double" w:sz="6" w:space="0" w:color="A8B870" w:themeColor="accent3"/>
          <w:left w:val="single" w:sz="8" w:space="0" w:color="A8B870" w:themeColor="accent3"/>
          <w:bottom w:val="single" w:sz="8" w:space="0" w:color="A8B870" w:themeColor="accent3"/>
          <w:right w:val="single" w:sz="8" w:space="0" w:color="A8B870" w:themeColor="accent3"/>
        </w:tcBorders>
      </w:tcPr>
    </w:tblStylePr>
    <w:tblStylePr w:type="firstCol">
      <w:rPr>
        <w:b/>
        <w:bCs/>
      </w:rPr>
    </w:tblStylePr>
    <w:tblStylePr w:type="lastCol">
      <w:rPr>
        <w:b/>
        <w:bCs/>
      </w:rPr>
    </w:tblStylePr>
    <w:tblStylePr w:type="band1Vert">
      <w:tblPr/>
      <w:tcPr>
        <w:tcBorders>
          <w:top w:val="single" w:sz="8" w:space="0" w:color="A8B870" w:themeColor="accent3"/>
          <w:left w:val="single" w:sz="8" w:space="0" w:color="A8B870" w:themeColor="accent3"/>
          <w:bottom w:val="single" w:sz="8" w:space="0" w:color="A8B870" w:themeColor="accent3"/>
          <w:right w:val="single" w:sz="8" w:space="0" w:color="A8B870" w:themeColor="accent3"/>
        </w:tcBorders>
      </w:tcPr>
    </w:tblStylePr>
    <w:tblStylePr w:type="band1Horz">
      <w:tblPr/>
      <w:tcPr>
        <w:tcBorders>
          <w:top w:val="single" w:sz="8" w:space="0" w:color="A8B870" w:themeColor="accent3"/>
          <w:left w:val="single" w:sz="8" w:space="0" w:color="A8B870" w:themeColor="accent3"/>
          <w:bottom w:val="single" w:sz="8" w:space="0" w:color="A8B870" w:themeColor="accent3"/>
          <w:right w:val="single" w:sz="8" w:space="0" w:color="A8B870" w:themeColor="accent3"/>
        </w:tcBorders>
      </w:tcPr>
    </w:tblStylePr>
  </w:style>
  <w:style w:type="table" w:styleId="Listeclaire-Accent4">
    <w:name w:val="Light List Accent 4"/>
    <w:basedOn w:val="TableauNormal"/>
    <w:uiPriority w:val="61"/>
    <w:semiHidden/>
    <w:locked/>
    <w:rsid w:val="00CB0664"/>
    <w:pPr>
      <w:spacing w:after="0" w:line="240" w:lineRule="auto"/>
    </w:pPr>
    <w:tblPr>
      <w:tblStyleRowBandSize w:val="1"/>
      <w:tblStyleColBandSize w:val="1"/>
      <w:tblBorders>
        <w:top w:val="single" w:sz="8" w:space="0" w:color="8C6D31" w:themeColor="accent4"/>
        <w:left w:val="single" w:sz="8" w:space="0" w:color="8C6D31" w:themeColor="accent4"/>
        <w:bottom w:val="single" w:sz="8" w:space="0" w:color="8C6D31" w:themeColor="accent4"/>
        <w:right w:val="single" w:sz="8" w:space="0" w:color="8C6D31" w:themeColor="accent4"/>
      </w:tblBorders>
    </w:tblPr>
    <w:tblStylePr w:type="firstRow">
      <w:pPr>
        <w:spacing w:before="0" w:after="0" w:line="240" w:lineRule="auto"/>
      </w:pPr>
      <w:rPr>
        <w:b/>
        <w:bCs/>
        <w:color w:val="FFFFFF" w:themeColor="background1"/>
      </w:rPr>
      <w:tblPr/>
      <w:tcPr>
        <w:shd w:val="clear" w:color="auto" w:fill="8C6D31" w:themeFill="accent4"/>
      </w:tcPr>
    </w:tblStylePr>
    <w:tblStylePr w:type="lastRow">
      <w:pPr>
        <w:spacing w:before="0" w:after="0" w:line="240" w:lineRule="auto"/>
      </w:pPr>
      <w:rPr>
        <w:b/>
        <w:bCs/>
      </w:rPr>
      <w:tblPr/>
      <w:tcPr>
        <w:tcBorders>
          <w:top w:val="double" w:sz="6" w:space="0" w:color="8C6D31" w:themeColor="accent4"/>
          <w:left w:val="single" w:sz="8" w:space="0" w:color="8C6D31" w:themeColor="accent4"/>
          <w:bottom w:val="single" w:sz="8" w:space="0" w:color="8C6D31" w:themeColor="accent4"/>
          <w:right w:val="single" w:sz="8" w:space="0" w:color="8C6D31" w:themeColor="accent4"/>
        </w:tcBorders>
      </w:tcPr>
    </w:tblStylePr>
    <w:tblStylePr w:type="firstCol">
      <w:rPr>
        <w:b/>
        <w:bCs/>
      </w:rPr>
    </w:tblStylePr>
    <w:tblStylePr w:type="lastCol">
      <w:rPr>
        <w:b/>
        <w:bCs/>
      </w:rPr>
    </w:tblStylePr>
    <w:tblStylePr w:type="band1Vert">
      <w:tblPr/>
      <w:tcPr>
        <w:tcBorders>
          <w:top w:val="single" w:sz="8" w:space="0" w:color="8C6D31" w:themeColor="accent4"/>
          <w:left w:val="single" w:sz="8" w:space="0" w:color="8C6D31" w:themeColor="accent4"/>
          <w:bottom w:val="single" w:sz="8" w:space="0" w:color="8C6D31" w:themeColor="accent4"/>
          <w:right w:val="single" w:sz="8" w:space="0" w:color="8C6D31" w:themeColor="accent4"/>
        </w:tcBorders>
      </w:tcPr>
    </w:tblStylePr>
    <w:tblStylePr w:type="band1Horz">
      <w:tblPr/>
      <w:tcPr>
        <w:tcBorders>
          <w:top w:val="single" w:sz="8" w:space="0" w:color="8C6D31" w:themeColor="accent4"/>
          <w:left w:val="single" w:sz="8" w:space="0" w:color="8C6D31" w:themeColor="accent4"/>
          <w:bottom w:val="single" w:sz="8" w:space="0" w:color="8C6D31" w:themeColor="accent4"/>
          <w:right w:val="single" w:sz="8" w:space="0" w:color="8C6D31" w:themeColor="accent4"/>
        </w:tcBorders>
      </w:tcPr>
    </w:tblStylePr>
  </w:style>
  <w:style w:type="table" w:styleId="Listeclaire-Accent5">
    <w:name w:val="Light List Accent 5"/>
    <w:basedOn w:val="TableauNormal"/>
    <w:uiPriority w:val="61"/>
    <w:semiHidden/>
    <w:locked/>
    <w:rsid w:val="00CB0664"/>
    <w:pPr>
      <w:spacing w:after="0" w:line="240" w:lineRule="auto"/>
    </w:pPr>
    <w:tblPr>
      <w:tblStyleRowBandSize w:val="1"/>
      <w:tblStyleColBandSize w:val="1"/>
      <w:tblBorders>
        <w:top w:val="single" w:sz="8" w:space="0" w:color="6E8AA6" w:themeColor="accent5"/>
        <w:left w:val="single" w:sz="8" w:space="0" w:color="6E8AA6" w:themeColor="accent5"/>
        <w:bottom w:val="single" w:sz="8" w:space="0" w:color="6E8AA6" w:themeColor="accent5"/>
        <w:right w:val="single" w:sz="8" w:space="0" w:color="6E8AA6" w:themeColor="accent5"/>
      </w:tblBorders>
    </w:tblPr>
    <w:tblStylePr w:type="firstRow">
      <w:pPr>
        <w:spacing w:before="0" w:after="0" w:line="240" w:lineRule="auto"/>
      </w:pPr>
      <w:rPr>
        <w:b/>
        <w:bCs/>
        <w:color w:val="FFFFFF" w:themeColor="background1"/>
      </w:rPr>
      <w:tblPr/>
      <w:tcPr>
        <w:shd w:val="clear" w:color="auto" w:fill="6E8AA6" w:themeFill="accent5"/>
      </w:tcPr>
    </w:tblStylePr>
    <w:tblStylePr w:type="lastRow">
      <w:pPr>
        <w:spacing w:before="0" w:after="0" w:line="240" w:lineRule="auto"/>
      </w:pPr>
      <w:rPr>
        <w:b/>
        <w:bCs/>
      </w:rPr>
      <w:tblPr/>
      <w:tcPr>
        <w:tcBorders>
          <w:top w:val="double" w:sz="6" w:space="0" w:color="6E8AA6" w:themeColor="accent5"/>
          <w:left w:val="single" w:sz="8" w:space="0" w:color="6E8AA6" w:themeColor="accent5"/>
          <w:bottom w:val="single" w:sz="8" w:space="0" w:color="6E8AA6" w:themeColor="accent5"/>
          <w:right w:val="single" w:sz="8" w:space="0" w:color="6E8AA6" w:themeColor="accent5"/>
        </w:tcBorders>
      </w:tcPr>
    </w:tblStylePr>
    <w:tblStylePr w:type="firstCol">
      <w:rPr>
        <w:b/>
        <w:bCs/>
      </w:rPr>
    </w:tblStylePr>
    <w:tblStylePr w:type="lastCol">
      <w:rPr>
        <w:b/>
        <w:bCs/>
      </w:rPr>
    </w:tblStylePr>
    <w:tblStylePr w:type="band1Vert">
      <w:tblPr/>
      <w:tcPr>
        <w:tcBorders>
          <w:top w:val="single" w:sz="8" w:space="0" w:color="6E8AA6" w:themeColor="accent5"/>
          <w:left w:val="single" w:sz="8" w:space="0" w:color="6E8AA6" w:themeColor="accent5"/>
          <w:bottom w:val="single" w:sz="8" w:space="0" w:color="6E8AA6" w:themeColor="accent5"/>
          <w:right w:val="single" w:sz="8" w:space="0" w:color="6E8AA6" w:themeColor="accent5"/>
        </w:tcBorders>
      </w:tcPr>
    </w:tblStylePr>
    <w:tblStylePr w:type="band1Horz">
      <w:tblPr/>
      <w:tcPr>
        <w:tcBorders>
          <w:top w:val="single" w:sz="8" w:space="0" w:color="6E8AA6" w:themeColor="accent5"/>
          <w:left w:val="single" w:sz="8" w:space="0" w:color="6E8AA6" w:themeColor="accent5"/>
          <w:bottom w:val="single" w:sz="8" w:space="0" w:color="6E8AA6" w:themeColor="accent5"/>
          <w:right w:val="single" w:sz="8" w:space="0" w:color="6E8AA6" w:themeColor="accent5"/>
        </w:tcBorders>
      </w:tcPr>
    </w:tblStylePr>
  </w:style>
  <w:style w:type="table" w:styleId="Listeclaire-Accent6">
    <w:name w:val="Light List Accent 6"/>
    <w:basedOn w:val="TableauNormal"/>
    <w:uiPriority w:val="61"/>
    <w:semiHidden/>
    <w:locked/>
    <w:rsid w:val="00CB0664"/>
    <w:pPr>
      <w:spacing w:after="0" w:line="240" w:lineRule="auto"/>
    </w:pPr>
    <w:tblPr>
      <w:tblStyleRowBandSize w:val="1"/>
      <w:tblStyleColBandSize w:val="1"/>
      <w:tblBorders>
        <w:top w:val="single" w:sz="8" w:space="0" w:color="9B7B8B" w:themeColor="accent6"/>
        <w:left w:val="single" w:sz="8" w:space="0" w:color="9B7B8B" w:themeColor="accent6"/>
        <w:bottom w:val="single" w:sz="8" w:space="0" w:color="9B7B8B" w:themeColor="accent6"/>
        <w:right w:val="single" w:sz="8" w:space="0" w:color="9B7B8B" w:themeColor="accent6"/>
      </w:tblBorders>
    </w:tblPr>
    <w:tblStylePr w:type="firstRow">
      <w:pPr>
        <w:spacing w:before="0" w:after="0" w:line="240" w:lineRule="auto"/>
      </w:pPr>
      <w:rPr>
        <w:b/>
        <w:bCs/>
        <w:color w:val="FFFFFF" w:themeColor="background1"/>
      </w:rPr>
      <w:tblPr/>
      <w:tcPr>
        <w:shd w:val="clear" w:color="auto" w:fill="9B7B8B" w:themeFill="accent6"/>
      </w:tcPr>
    </w:tblStylePr>
    <w:tblStylePr w:type="lastRow">
      <w:pPr>
        <w:spacing w:before="0" w:after="0" w:line="240" w:lineRule="auto"/>
      </w:pPr>
      <w:rPr>
        <w:b/>
        <w:bCs/>
      </w:rPr>
      <w:tblPr/>
      <w:tcPr>
        <w:tcBorders>
          <w:top w:val="double" w:sz="6" w:space="0" w:color="9B7B8B" w:themeColor="accent6"/>
          <w:left w:val="single" w:sz="8" w:space="0" w:color="9B7B8B" w:themeColor="accent6"/>
          <w:bottom w:val="single" w:sz="8" w:space="0" w:color="9B7B8B" w:themeColor="accent6"/>
          <w:right w:val="single" w:sz="8" w:space="0" w:color="9B7B8B" w:themeColor="accent6"/>
        </w:tcBorders>
      </w:tcPr>
    </w:tblStylePr>
    <w:tblStylePr w:type="firstCol">
      <w:rPr>
        <w:b/>
        <w:bCs/>
      </w:rPr>
    </w:tblStylePr>
    <w:tblStylePr w:type="lastCol">
      <w:rPr>
        <w:b/>
        <w:bCs/>
      </w:rPr>
    </w:tblStylePr>
    <w:tblStylePr w:type="band1Vert">
      <w:tblPr/>
      <w:tcPr>
        <w:tcBorders>
          <w:top w:val="single" w:sz="8" w:space="0" w:color="9B7B8B" w:themeColor="accent6"/>
          <w:left w:val="single" w:sz="8" w:space="0" w:color="9B7B8B" w:themeColor="accent6"/>
          <w:bottom w:val="single" w:sz="8" w:space="0" w:color="9B7B8B" w:themeColor="accent6"/>
          <w:right w:val="single" w:sz="8" w:space="0" w:color="9B7B8B" w:themeColor="accent6"/>
        </w:tcBorders>
      </w:tcPr>
    </w:tblStylePr>
    <w:tblStylePr w:type="band1Horz">
      <w:tblPr/>
      <w:tcPr>
        <w:tcBorders>
          <w:top w:val="single" w:sz="8" w:space="0" w:color="9B7B8B" w:themeColor="accent6"/>
          <w:left w:val="single" w:sz="8" w:space="0" w:color="9B7B8B" w:themeColor="accent6"/>
          <w:bottom w:val="single" w:sz="8" w:space="0" w:color="9B7B8B" w:themeColor="accent6"/>
          <w:right w:val="single" w:sz="8" w:space="0" w:color="9B7B8B" w:themeColor="accent6"/>
        </w:tcBorders>
      </w:tcPr>
    </w:tblStylePr>
  </w:style>
  <w:style w:type="table" w:styleId="Grilleclaire">
    <w:name w:val="Light Grid"/>
    <w:basedOn w:val="TableauNormal"/>
    <w:uiPriority w:val="62"/>
    <w:semiHidden/>
    <w:locked/>
    <w:rsid w:val="00CB0664"/>
    <w:pPr>
      <w:spacing w:after="0" w:line="240" w:lineRule="auto"/>
    </w:pPr>
    <w:tblPr>
      <w:tblStyleRowBandSize w:val="1"/>
      <w:tblStyleColBandSize w:val="1"/>
      <w:tblBorders>
        <w:top w:val="single" w:sz="8" w:space="0" w:color="222222" w:themeColor="text1"/>
        <w:left w:val="single" w:sz="8" w:space="0" w:color="222222" w:themeColor="text1"/>
        <w:bottom w:val="single" w:sz="8" w:space="0" w:color="222222" w:themeColor="text1"/>
        <w:right w:val="single" w:sz="8" w:space="0" w:color="222222" w:themeColor="text1"/>
        <w:insideH w:val="single" w:sz="8" w:space="0" w:color="222222" w:themeColor="text1"/>
        <w:insideV w:val="single" w:sz="8" w:space="0" w:color="22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22222" w:themeColor="text1"/>
          <w:left w:val="single" w:sz="8" w:space="0" w:color="222222" w:themeColor="text1"/>
          <w:bottom w:val="single" w:sz="18" w:space="0" w:color="222222" w:themeColor="text1"/>
          <w:right w:val="single" w:sz="8" w:space="0" w:color="222222" w:themeColor="text1"/>
          <w:insideH w:val="nil"/>
          <w:insideV w:val="single" w:sz="8" w:space="0" w:color="22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22222" w:themeColor="text1"/>
          <w:left w:val="single" w:sz="8" w:space="0" w:color="222222" w:themeColor="text1"/>
          <w:bottom w:val="single" w:sz="8" w:space="0" w:color="222222" w:themeColor="text1"/>
          <w:right w:val="single" w:sz="8" w:space="0" w:color="222222" w:themeColor="text1"/>
          <w:insideH w:val="nil"/>
          <w:insideV w:val="single" w:sz="8" w:space="0" w:color="22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22222" w:themeColor="text1"/>
          <w:left w:val="single" w:sz="8" w:space="0" w:color="222222" w:themeColor="text1"/>
          <w:bottom w:val="single" w:sz="8" w:space="0" w:color="222222" w:themeColor="text1"/>
          <w:right w:val="single" w:sz="8" w:space="0" w:color="222222" w:themeColor="text1"/>
        </w:tcBorders>
      </w:tcPr>
    </w:tblStylePr>
    <w:tblStylePr w:type="band1Vert">
      <w:tblPr/>
      <w:tcPr>
        <w:tcBorders>
          <w:top w:val="single" w:sz="8" w:space="0" w:color="222222" w:themeColor="text1"/>
          <w:left w:val="single" w:sz="8" w:space="0" w:color="222222" w:themeColor="text1"/>
          <w:bottom w:val="single" w:sz="8" w:space="0" w:color="222222" w:themeColor="text1"/>
          <w:right w:val="single" w:sz="8" w:space="0" w:color="222222" w:themeColor="text1"/>
        </w:tcBorders>
        <w:shd w:val="clear" w:color="auto" w:fill="C8C8C8" w:themeFill="text1" w:themeFillTint="3F"/>
      </w:tcPr>
    </w:tblStylePr>
    <w:tblStylePr w:type="band1Horz">
      <w:tblPr/>
      <w:tcPr>
        <w:tcBorders>
          <w:top w:val="single" w:sz="8" w:space="0" w:color="222222" w:themeColor="text1"/>
          <w:left w:val="single" w:sz="8" w:space="0" w:color="222222" w:themeColor="text1"/>
          <w:bottom w:val="single" w:sz="8" w:space="0" w:color="222222" w:themeColor="text1"/>
          <w:right w:val="single" w:sz="8" w:space="0" w:color="222222" w:themeColor="text1"/>
          <w:insideV w:val="single" w:sz="8" w:space="0" w:color="222222" w:themeColor="text1"/>
        </w:tcBorders>
        <w:shd w:val="clear" w:color="auto" w:fill="C8C8C8" w:themeFill="text1" w:themeFillTint="3F"/>
      </w:tcPr>
    </w:tblStylePr>
    <w:tblStylePr w:type="band2Horz">
      <w:tblPr/>
      <w:tcPr>
        <w:tcBorders>
          <w:top w:val="single" w:sz="8" w:space="0" w:color="222222" w:themeColor="text1"/>
          <w:left w:val="single" w:sz="8" w:space="0" w:color="222222" w:themeColor="text1"/>
          <w:bottom w:val="single" w:sz="8" w:space="0" w:color="222222" w:themeColor="text1"/>
          <w:right w:val="single" w:sz="8" w:space="0" w:color="222222" w:themeColor="text1"/>
          <w:insideV w:val="single" w:sz="8" w:space="0" w:color="222222" w:themeColor="text1"/>
        </w:tcBorders>
      </w:tcPr>
    </w:tblStylePr>
  </w:style>
  <w:style w:type="table" w:styleId="Grilleclaire-Accent1">
    <w:name w:val="Light Grid Accent 1"/>
    <w:basedOn w:val="TableauNormal"/>
    <w:uiPriority w:val="62"/>
    <w:semiHidden/>
    <w:locked/>
    <w:rsid w:val="00CB0664"/>
    <w:pPr>
      <w:spacing w:after="0" w:line="240" w:lineRule="auto"/>
    </w:pPr>
    <w:tblPr>
      <w:tblStyleRowBandSize w:val="1"/>
      <w:tblStyleColBandSize w:val="1"/>
      <w:tblBorders>
        <w:top w:val="single" w:sz="8" w:space="0" w:color="6B8915" w:themeColor="accent1"/>
        <w:left w:val="single" w:sz="8" w:space="0" w:color="6B8915" w:themeColor="accent1"/>
        <w:bottom w:val="single" w:sz="8" w:space="0" w:color="6B8915" w:themeColor="accent1"/>
        <w:right w:val="single" w:sz="8" w:space="0" w:color="6B8915" w:themeColor="accent1"/>
        <w:insideH w:val="single" w:sz="8" w:space="0" w:color="6B8915" w:themeColor="accent1"/>
        <w:insideV w:val="single" w:sz="8" w:space="0" w:color="6B891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B8915" w:themeColor="accent1"/>
          <w:left w:val="single" w:sz="8" w:space="0" w:color="6B8915" w:themeColor="accent1"/>
          <w:bottom w:val="single" w:sz="18" w:space="0" w:color="6B8915" w:themeColor="accent1"/>
          <w:right w:val="single" w:sz="8" w:space="0" w:color="6B8915" w:themeColor="accent1"/>
          <w:insideH w:val="nil"/>
          <w:insideV w:val="single" w:sz="8" w:space="0" w:color="6B891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B8915" w:themeColor="accent1"/>
          <w:left w:val="single" w:sz="8" w:space="0" w:color="6B8915" w:themeColor="accent1"/>
          <w:bottom w:val="single" w:sz="8" w:space="0" w:color="6B8915" w:themeColor="accent1"/>
          <w:right w:val="single" w:sz="8" w:space="0" w:color="6B8915" w:themeColor="accent1"/>
          <w:insideH w:val="nil"/>
          <w:insideV w:val="single" w:sz="8" w:space="0" w:color="6B891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B8915" w:themeColor="accent1"/>
          <w:left w:val="single" w:sz="8" w:space="0" w:color="6B8915" w:themeColor="accent1"/>
          <w:bottom w:val="single" w:sz="8" w:space="0" w:color="6B8915" w:themeColor="accent1"/>
          <w:right w:val="single" w:sz="8" w:space="0" w:color="6B8915" w:themeColor="accent1"/>
        </w:tcBorders>
      </w:tcPr>
    </w:tblStylePr>
    <w:tblStylePr w:type="band1Vert">
      <w:tblPr/>
      <w:tcPr>
        <w:tcBorders>
          <w:top w:val="single" w:sz="8" w:space="0" w:color="6B8915" w:themeColor="accent1"/>
          <w:left w:val="single" w:sz="8" w:space="0" w:color="6B8915" w:themeColor="accent1"/>
          <w:bottom w:val="single" w:sz="8" w:space="0" w:color="6B8915" w:themeColor="accent1"/>
          <w:right w:val="single" w:sz="8" w:space="0" w:color="6B8915" w:themeColor="accent1"/>
        </w:tcBorders>
        <w:shd w:val="clear" w:color="auto" w:fill="E2F3B3" w:themeFill="accent1" w:themeFillTint="3F"/>
      </w:tcPr>
    </w:tblStylePr>
    <w:tblStylePr w:type="band1Horz">
      <w:tblPr/>
      <w:tcPr>
        <w:tcBorders>
          <w:top w:val="single" w:sz="8" w:space="0" w:color="6B8915" w:themeColor="accent1"/>
          <w:left w:val="single" w:sz="8" w:space="0" w:color="6B8915" w:themeColor="accent1"/>
          <w:bottom w:val="single" w:sz="8" w:space="0" w:color="6B8915" w:themeColor="accent1"/>
          <w:right w:val="single" w:sz="8" w:space="0" w:color="6B8915" w:themeColor="accent1"/>
          <w:insideV w:val="single" w:sz="8" w:space="0" w:color="6B8915" w:themeColor="accent1"/>
        </w:tcBorders>
        <w:shd w:val="clear" w:color="auto" w:fill="E2F3B3" w:themeFill="accent1" w:themeFillTint="3F"/>
      </w:tcPr>
    </w:tblStylePr>
    <w:tblStylePr w:type="band2Horz">
      <w:tblPr/>
      <w:tcPr>
        <w:tcBorders>
          <w:top w:val="single" w:sz="8" w:space="0" w:color="6B8915" w:themeColor="accent1"/>
          <w:left w:val="single" w:sz="8" w:space="0" w:color="6B8915" w:themeColor="accent1"/>
          <w:bottom w:val="single" w:sz="8" w:space="0" w:color="6B8915" w:themeColor="accent1"/>
          <w:right w:val="single" w:sz="8" w:space="0" w:color="6B8915" w:themeColor="accent1"/>
          <w:insideV w:val="single" w:sz="8" w:space="0" w:color="6B8915" w:themeColor="accent1"/>
        </w:tcBorders>
      </w:tcPr>
    </w:tblStylePr>
  </w:style>
  <w:style w:type="table" w:styleId="Grilleclaire-Accent2">
    <w:name w:val="Light Grid Accent 2"/>
    <w:basedOn w:val="TableauNormal"/>
    <w:uiPriority w:val="62"/>
    <w:semiHidden/>
    <w:locked/>
    <w:rsid w:val="00CB0664"/>
    <w:pPr>
      <w:spacing w:after="0" w:line="240" w:lineRule="auto"/>
    </w:pPr>
    <w:tblPr>
      <w:tblStyleRowBandSize w:val="1"/>
      <w:tblStyleColBandSize w:val="1"/>
      <w:tblBorders>
        <w:top w:val="single" w:sz="8" w:space="0" w:color="4D4D4D" w:themeColor="accent2"/>
        <w:left w:val="single" w:sz="8" w:space="0" w:color="4D4D4D" w:themeColor="accent2"/>
        <w:bottom w:val="single" w:sz="8" w:space="0" w:color="4D4D4D" w:themeColor="accent2"/>
        <w:right w:val="single" w:sz="8" w:space="0" w:color="4D4D4D" w:themeColor="accent2"/>
        <w:insideH w:val="single" w:sz="8" w:space="0" w:color="4D4D4D" w:themeColor="accent2"/>
        <w:insideV w:val="single" w:sz="8" w:space="0" w:color="4D4D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2"/>
          <w:left w:val="single" w:sz="8" w:space="0" w:color="4D4D4D" w:themeColor="accent2"/>
          <w:bottom w:val="single" w:sz="18" w:space="0" w:color="4D4D4D" w:themeColor="accent2"/>
          <w:right w:val="single" w:sz="8" w:space="0" w:color="4D4D4D" w:themeColor="accent2"/>
          <w:insideH w:val="nil"/>
          <w:insideV w:val="single" w:sz="8" w:space="0" w:color="4D4D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2"/>
          <w:left w:val="single" w:sz="8" w:space="0" w:color="4D4D4D" w:themeColor="accent2"/>
          <w:bottom w:val="single" w:sz="8" w:space="0" w:color="4D4D4D" w:themeColor="accent2"/>
          <w:right w:val="single" w:sz="8" w:space="0" w:color="4D4D4D" w:themeColor="accent2"/>
          <w:insideH w:val="nil"/>
          <w:insideV w:val="single" w:sz="8" w:space="0" w:color="4D4D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2"/>
          <w:left w:val="single" w:sz="8" w:space="0" w:color="4D4D4D" w:themeColor="accent2"/>
          <w:bottom w:val="single" w:sz="8" w:space="0" w:color="4D4D4D" w:themeColor="accent2"/>
          <w:right w:val="single" w:sz="8" w:space="0" w:color="4D4D4D" w:themeColor="accent2"/>
        </w:tcBorders>
      </w:tcPr>
    </w:tblStylePr>
    <w:tblStylePr w:type="band1Vert">
      <w:tblPr/>
      <w:tcPr>
        <w:tcBorders>
          <w:top w:val="single" w:sz="8" w:space="0" w:color="4D4D4D" w:themeColor="accent2"/>
          <w:left w:val="single" w:sz="8" w:space="0" w:color="4D4D4D" w:themeColor="accent2"/>
          <w:bottom w:val="single" w:sz="8" w:space="0" w:color="4D4D4D" w:themeColor="accent2"/>
          <w:right w:val="single" w:sz="8" w:space="0" w:color="4D4D4D" w:themeColor="accent2"/>
        </w:tcBorders>
        <w:shd w:val="clear" w:color="auto" w:fill="D3D3D3" w:themeFill="accent2" w:themeFillTint="3F"/>
      </w:tcPr>
    </w:tblStylePr>
    <w:tblStylePr w:type="band1Horz">
      <w:tblPr/>
      <w:tcPr>
        <w:tcBorders>
          <w:top w:val="single" w:sz="8" w:space="0" w:color="4D4D4D" w:themeColor="accent2"/>
          <w:left w:val="single" w:sz="8" w:space="0" w:color="4D4D4D" w:themeColor="accent2"/>
          <w:bottom w:val="single" w:sz="8" w:space="0" w:color="4D4D4D" w:themeColor="accent2"/>
          <w:right w:val="single" w:sz="8" w:space="0" w:color="4D4D4D" w:themeColor="accent2"/>
          <w:insideV w:val="single" w:sz="8" w:space="0" w:color="4D4D4D" w:themeColor="accent2"/>
        </w:tcBorders>
        <w:shd w:val="clear" w:color="auto" w:fill="D3D3D3" w:themeFill="accent2" w:themeFillTint="3F"/>
      </w:tcPr>
    </w:tblStylePr>
    <w:tblStylePr w:type="band2Horz">
      <w:tblPr/>
      <w:tcPr>
        <w:tcBorders>
          <w:top w:val="single" w:sz="8" w:space="0" w:color="4D4D4D" w:themeColor="accent2"/>
          <w:left w:val="single" w:sz="8" w:space="0" w:color="4D4D4D" w:themeColor="accent2"/>
          <w:bottom w:val="single" w:sz="8" w:space="0" w:color="4D4D4D" w:themeColor="accent2"/>
          <w:right w:val="single" w:sz="8" w:space="0" w:color="4D4D4D" w:themeColor="accent2"/>
          <w:insideV w:val="single" w:sz="8" w:space="0" w:color="4D4D4D" w:themeColor="accent2"/>
        </w:tcBorders>
      </w:tcPr>
    </w:tblStylePr>
  </w:style>
  <w:style w:type="table" w:styleId="Grilleclaire-Accent3">
    <w:name w:val="Light Grid Accent 3"/>
    <w:basedOn w:val="TableauNormal"/>
    <w:uiPriority w:val="62"/>
    <w:semiHidden/>
    <w:locked/>
    <w:rsid w:val="00CB0664"/>
    <w:pPr>
      <w:spacing w:after="0" w:line="240" w:lineRule="auto"/>
    </w:pPr>
    <w:tblPr>
      <w:tblStyleRowBandSize w:val="1"/>
      <w:tblStyleColBandSize w:val="1"/>
      <w:tblBorders>
        <w:top w:val="single" w:sz="8" w:space="0" w:color="A8B870" w:themeColor="accent3"/>
        <w:left w:val="single" w:sz="8" w:space="0" w:color="A8B870" w:themeColor="accent3"/>
        <w:bottom w:val="single" w:sz="8" w:space="0" w:color="A8B870" w:themeColor="accent3"/>
        <w:right w:val="single" w:sz="8" w:space="0" w:color="A8B870" w:themeColor="accent3"/>
        <w:insideH w:val="single" w:sz="8" w:space="0" w:color="A8B870" w:themeColor="accent3"/>
        <w:insideV w:val="single" w:sz="8" w:space="0" w:color="A8B87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8B870" w:themeColor="accent3"/>
          <w:left w:val="single" w:sz="8" w:space="0" w:color="A8B870" w:themeColor="accent3"/>
          <w:bottom w:val="single" w:sz="18" w:space="0" w:color="A8B870" w:themeColor="accent3"/>
          <w:right w:val="single" w:sz="8" w:space="0" w:color="A8B870" w:themeColor="accent3"/>
          <w:insideH w:val="nil"/>
          <w:insideV w:val="single" w:sz="8" w:space="0" w:color="A8B87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8B870" w:themeColor="accent3"/>
          <w:left w:val="single" w:sz="8" w:space="0" w:color="A8B870" w:themeColor="accent3"/>
          <w:bottom w:val="single" w:sz="8" w:space="0" w:color="A8B870" w:themeColor="accent3"/>
          <w:right w:val="single" w:sz="8" w:space="0" w:color="A8B870" w:themeColor="accent3"/>
          <w:insideH w:val="nil"/>
          <w:insideV w:val="single" w:sz="8" w:space="0" w:color="A8B87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8B870" w:themeColor="accent3"/>
          <w:left w:val="single" w:sz="8" w:space="0" w:color="A8B870" w:themeColor="accent3"/>
          <w:bottom w:val="single" w:sz="8" w:space="0" w:color="A8B870" w:themeColor="accent3"/>
          <w:right w:val="single" w:sz="8" w:space="0" w:color="A8B870" w:themeColor="accent3"/>
        </w:tcBorders>
      </w:tcPr>
    </w:tblStylePr>
    <w:tblStylePr w:type="band1Vert">
      <w:tblPr/>
      <w:tcPr>
        <w:tcBorders>
          <w:top w:val="single" w:sz="8" w:space="0" w:color="A8B870" w:themeColor="accent3"/>
          <w:left w:val="single" w:sz="8" w:space="0" w:color="A8B870" w:themeColor="accent3"/>
          <w:bottom w:val="single" w:sz="8" w:space="0" w:color="A8B870" w:themeColor="accent3"/>
          <w:right w:val="single" w:sz="8" w:space="0" w:color="A8B870" w:themeColor="accent3"/>
        </w:tcBorders>
        <w:shd w:val="clear" w:color="auto" w:fill="E9EDDB" w:themeFill="accent3" w:themeFillTint="3F"/>
      </w:tcPr>
    </w:tblStylePr>
    <w:tblStylePr w:type="band1Horz">
      <w:tblPr/>
      <w:tcPr>
        <w:tcBorders>
          <w:top w:val="single" w:sz="8" w:space="0" w:color="A8B870" w:themeColor="accent3"/>
          <w:left w:val="single" w:sz="8" w:space="0" w:color="A8B870" w:themeColor="accent3"/>
          <w:bottom w:val="single" w:sz="8" w:space="0" w:color="A8B870" w:themeColor="accent3"/>
          <w:right w:val="single" w:sz="8" w:space="0" w:color="A8B870" w:themeColor="accent3"/>
          <w:insideV w:val="single" w:sz="8" w:space="0" w:color="A8B870" w:themeColor="accent3"/>
        </w:tcBorders>
        <w:shd w:val="clear" w:color="auto" w:fill="E9EDDB" w:themeFill="accent3" w:themeFillTint="3F"/>
      </w:tcPr>
    </w:tblStylePr>
    <w:tblStylePr w:type="band2Horz">
      <w:tblPr/>
      <w:tcPr>
        <w:tcBorders>
          <w:top w:val="single" w:sz="8" w:space="0" w:color="A8B870" w:themeColor="accent3"/>
          <w:left w:val="single" w:sz="8" w:space="0" w:color="A8B870" w:themeColor="accent3"/>
          <w:bottom w:val="single" w:sz="8" w:space="0" w:color="A8B870" w:themeColor="accent3"/>
          <w:right w:val="single" w:sz="8" w:space="0" w:color="A8B870" w:themeColor="accent3"/>
          <w:insideV w:val="single" w:sz="8" w:space="0" w:color="A8B870" w:themeColor="accent3"/>
        </w:tcBorders>
      </w:tcPr>
    </w:tblStylePr>
  </w:style>
  <w:style w:type="table" w:styleId="Grilleclaire-Accent4">
    <w:name w:val="Light Grid Accent 4"/>
    <w:basedOn w:val="TableauNormal"/>
    <w:uiPriority w:val="62"/>
    <w:semiHidden/>
    <w:locked/>
    <w:rsid w:val="00CB0664"/>
    <w:pPr>
      <w:spacing w:after="0" w:line="240" w:lineRule="auto"/>
    </w:pPr>
    <w:tblPr>
      <w:tblStyleRowBandSize w:val="1"/>
      <w:tblStyleColBandSize w:val="1"/>
      <w:tblBorders>
        <w:top w:val="single" w:sz="8" w:space="0" w:color="8C6D31" w:themeColor="accent4"/>
        <w:left w:val="single" w:sz="8" w:space="0" w:color="8C6D31" w:themeColor="accent4"/>
        <w:bottom w:val="single" w:sz="8" w:space="0" w:color="8C6D31" w:themeColor="accent4"/>
        <w:right w:val="single" w:sz="8" w:space="0" w:color="8C6D31" w:themeColor="accent4"/>
        <w:insideH w:val="single" w:sz="8" w:space="0" w:color="8C6D31" w:themeColor="accent4"/>
        <w:insideV w:val="single" w:sz="8" w:space="0" w:color="8C6D31"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C6D31" w:themeColor="accent4"/>
          <w:left w:val="single" w:sz="8" w:space="0" w:color="8C6D31" w:themeColor="accent4"/>
          <w:bottom w:val="single" w:sz="18" w:space="0" w:color="8C6D31" w:themeColor="accent4"/>
          <w:right w:val="single" w:sz="8" w:space="0" w:color="8C6D31" w:themeColor="accent4"/>
          <w:insideH w:val="nil"/>
          <w:insideV w:val="single" w:sz="8" w:space="0" w:color="8C6D31"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C6D31" w:themeColor="accent4"/>
          <w:left w:val="single" w:sz="8" w:space="0" w:color="8C6D31" w:themeColor="accent4"/>
          <w:bottom w:val="single" w:sz="8" w:space="0" w:color="8C6D31" w:themeColor="accent4"/>
          <w:right w:val="single" w:sz="8" w:space="0" w:color="8C6D31" w:themeColor="accent4"/>
          <w:insideH w:val="nil"/>
          <w:insideV w:val="single" w:sz="8" w:space="0" w:color="8C6D31"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C6D31" w:themeColor="accent4"/>
          <w:left w:val="single" w:sz="8" w:space="0" w:color="8C6D31" w:themeColor="accent4"/>
          <w:bottom w:val="single" w:sz="8" w:space="0" w:color="8C6D31" w:themeColor="accent4"/>
          <w:right w:val="single" w:sz="8" w:space="0" w:color="8C6D31" w:themeColor="accent4"/>
        </w:tcBorders>
      </w:tcPr>
    </w:tblStylePr>
    <w:tblStylePr w:type="band1Vert">
      <w:tblPr/>
      <w:tcPr>
        <w:tcBorders>
          <w:top w:val="single" w:sz="8" w:space="0" w:color="8C6D31" w:themeColor="accent4"/>
          <w:left w:val="single" w:sz="8" w:space="0" w:color="8C6D31" w:themeColor="accent4"/>
          <w:bottom w:val="single" w:sz="8" w:space="0" w:color="8C6D31" w:themeColor="accent4"/>
          <w:right w:val="single" w:sz="8" w:space="0" w:color="8C6D31" w:themeColor="accent4"/>
        </w:tcBorders>
        <w:shd w:val="clear" w:color="auto" w:fill="EADDC4" w:themeFill="accent4" w:themeFillTint="3F"/>
      </w:tcPr>
    </w:tblStylePr>
    <w:tblStylePr w:type="band1Horz">
      <w:tblPr/>
      <w:tcPr>
        <w:tcBorders>
          <w:top w:val="single" w:sz="8" w:space="0" w:color="8C6D31" w:themeColor="accent4"/>
          <w:left w:val="single" w:sz="8" w:space="0" w:color="8C6D31" w:themeColor="accent4"/>
          <w:bottom w:val="single" w:sz="8" w:space="0" w:color="8C6D31" w:themeColor="accent4"/>
          <w:right w:val="single" w:sz="8" w:space="0" w:color="8C6D31" w:themeColor="accent4"/>
          <w:insideV w:val="single" w:sz="8" w:space="0" w:color="8C6D31" w:themeColor="accent4"/>
        </w:tcBorders>
        <w:shd w:val="clear" w:color="auto" w:fill="EADDC4" w:themeFill="accent4" w:themeFillTint="3F"/>
      </w:tcPr>
    </w:tblStylePr>
    <w:tblStylePr w:type="band2Horz">
      <w:tblPr/>
      <w:tcPr>
        <w:tcBorders>
          <w:top w:val="single" w:sz="8" w:space="0" w:color="8C6D31" w:themeColor="accent4"/>
          <w:left w:val="single" w:sz="8" w:space="0" w:color="8C6D31" w:themeColor="accent4"/>
          <w:bottom w:val="single" w:sz="8" w:space="0" w:color="8C6D31" w:themeColor="accent4"/>
          <w:right w:val="single" w:sz="8" w:space="0" w:color="8C6D31" w:themeColor="accent4"/>
          <w:insideV w:val="single" w:sz="8" w:space="0" w:color="8C6D31" w:themeColor="accent4"/>
        </w:tcBorders>
      </w:tcPr>
    </w:tblStylePr>
  </w:style>
  <w:style w:type="table" w:styleId="Grilleclaire-Accent5">
    <w:name w:val="Light Grid Accent 5"/>
    <w:basedOn w:val="TableauNormal"/>
    <w:uiPriority w:val="62"/>
    <w:semiHidden/>
    <w:locked/>
    <w:rsid w:val="00CB0664"/>
    <w:pPr>
      <w:spacing w:after="0" w:line="240" w:lineRule="auto"/>
    </w:pPr>
    <w:tblPr>
      <w:tblStyleRowBandSize w:val="1"/>
      <w:tblStyleColBandSize w:val="1"/>
      <w:tblBorders>
        <w:top w:val="single" w:sz="8" w:space="0" w:color="6E8AA6" w:themeColor="accent5"/>
        <w:left w:val="single" w:sz="8" w:space="0" w:color="6E8AA6" w:themeColor="accent5"/>
        <w:bottom w:val="single" w:sz="8" w:space="0" w:color="6E8AA6" w:themeColor="accent5"/>
        <w:right w:val="single" w:sz="8" w:space="0" w:color="6E8AA6" w:themeColor="accent5"/>
        <w:insideH w:val="single" w:sz="8" w:space="0" w:color="6E8AA6" w:themeColor="accent5"/>
        <w:insideV w:val="single" w:sz="8" w:space="0" w:color="6E8AA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E8AA6" w:themeColor="accent5"/>
          <w:left w:val="single" w:sz="8" w:space="0" w:color="6E8AA6" w:themeColor="accent5"/>
          <w:bottom w:val="single" w:sz="18" w:space="0" w:color="6E8AA6" w:themeColor="accent5"/>
          <w:right w:val="single" w:sz="8" w:space="0" w:color="6E8AA6" w:themeColor="accent5"/>
          <w:insideH w:val="nil"/>
          <w:insideV w:val="single" w:sz="8" w:space="0" w:color="6E8AA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E8AA6" w:themeColor="accent5"/>
          <w:left w:val="single" w:sz="8" w:space="0" w:color="6E8AA6" w:themeColor="accent5"/>
          <w:bottom w:val="single" w:sz="8" w:space="0" w:color="6E8AA6" w:themeColor="accent5"/>
          <w:right w:val="single" w:sz="8" w:space="0" w:color="6E8AA6" w:themeColor="accent5"/>
          <w:insideH w:val="nil"/>
          <w:insideV w:val="single" w:sz="8" w:space="0" w:color="6E8AA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E8AA6" w:themeColor="accent5"/>
          <w:left w:val="single" w:sz="8" w:space="0" w:color="6E8AA6" w:themeColor="accent5"/>
          <w:bottom w:val="single" w:sz="8" w:space="0" w:color="6E8AA6" w:themeColor="accent5"/>
          <w:right w:val="single" w:sz="8" w:space="0" w:color="6E8AA6" w:themeColor="accent5"/>
        </w:tcBorders>
      </w:tcPr>
    </w:tblStylePr>
    <w:tblStylePr w:type="band1Vert">
      <w:tblPr/>
      <w:tcPr>
        <w:tcBorders>
          <w:top w:val="single" w:sz="8" w:space="0" w:color="6E8AA6" w:themeColor="accent5"/>
          <w:left w:val="single" w:sz="8" w:space="0" w:color="6E8AA6" w:themeColor="accent5"/>
          <w:bottom w:val="single" w:sz="8" w:space="0" w:color="6E8AA6" w:themeColor="accent5"/>
          <w:right w:val="single" w:sz="8" w:space="0" w:color="6E8AA6" w:themeColor="accent5"/>
        </w:tcBorders>
        <w:shd w:val="clear" w:color="auto" w:fill="DBE1E9" w:themeFill="accent5" w:themeFillTint="3F"/>
      </w:tcPr>
    </w:tblStylePr>
    <w:tblStylePr w:type="band1Horz">
      <w:tblPr/>
      <w:tcPr>
        <w:tcBorders>
          <w:top w:val="single" w:sz="8" w:space="0" w:color="6E8AA6" w:themeColor="accent5"/>
          <w:left w:val="single" w:sz="8" w:space="0" w:color="6E8AA6" w:themeColor="accent5"/>
          <w:bottom w:val="single" w:sz="8" w:space="0" w:color="6E8AA6" w:themeColor="accent5"/>
          <w:right w:val="single" w:sz="8" w:space="0" w:color="6E8AA6" w:themeColor="accent5"/>
          <w:insideV w:val="single" w:sz="8" w:space="0" w:color="6E8AA6" w:themeColor="accent5"/>
        </w:tcBorders>
        <w:shd w:val="clear" w:color="auto" w:fill="DBE1E9" w:themeFill="accent5" w:themeFillTint="3F"/>
      </w:tcPr>
    </w:tblStylePr>
    <w:tblStylePr w:type="band2Horz">
      <w:tblPr/>
      <w:tcPr>
        <w:tcBorders>
          <w:top w:val="single" w:sz="8" w:space="0" w:color="6E8AA6" w:themeColor="accent5"/>
          <w:left w:val="single" w:sz="8" w:space="0" w:color="6E8AA6" w:themeColor="accent5"/>
          <w:bottom w:val="single" w:sz="8" w:space="0" w:color="6E8AA6" w:themeColor="accent5"/>
          <w:right w:val="single" w:sz="8" w:space="0" w:color="6E8AA6" w:themeColor="accent5"/>
          <w:insideV w:val="single" w:sz="8" w:space="0" w:color="6E8AA6" w:themeColor="accent5"/>
        </w:tcBorders>
      </w:tcPr>
    </w:tblStylePr>
  </w:style>
  <w:style w:type="table" w:styleId="Grilleclaire-Accent6">
    <w:name w:val="Light Grid Accent 6"/>
    <w:basedOn w:val="TableauNormal"/>
    <w:uiPriority w:val="62"/>
    <w:semiHidden/>
    <w:locked/>
    <w:rsid w:val="00CB0664"/>
    <w:pPr>
      <w:spacing w:after="0" w:line="240" w:lineRule="auto"/>
    </w:pPr>
    <w:tblPr>
      <w:tblStyleRowBandSize w:val="1"/>
      <w:tblStyleColBandSize w:val="1"/>
      <w:tblBorders>
        <w:top w:val="single" w:sz="8" w:space="0" w:color="9B7B8B" w:themeColor="accent6"/>
        <w:left w:val="single" w:sz="8" w:space="0" w:color="9B7B8B" w:themeColor="accent6"/>
        <w:bottom w:val="single" w:sz="8" w:space="0" w:color="9B7B8B" w:themeColor="accent6"/>
        <w:right w:val="single" w:sz="8" w:space="0" w:color="9B7B8B" w:themeColor="accent6"/>
        <w:insideH w:val="single" w:sz="8" w:space="0" w:color="9B7B8B" w:themeColor="accent6"/>
        <w:insideV w:val="single" w:sz="8" w:space="0" w:color="9B7B8B"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7B8B" w:themeColor="accent6"/>
          <w:left w:val="single" w:sz="8" w:space="0" w:color="9B7B8B" w:themeColor="accent6"/>
          <w:bottom w:val="single" w:sz="18" w:space="0" w:color="9B7B8B" w:themeColor="accent6"/>
          <w:right w:val="single" w:sz="8" w:space="0" w:color="9B7B8B" w:themeColor="accent6"/>
          <w:insideH w:val="nil"/>
          <w:insideV w:val="single" w:sz="8" w:space="0" w:color="9B7B8B"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7B8B" w:themeColor="accent6"/>
          <w:left w:val="single" w:sz="8" w:space="0" w:color="9B7B8B" w:themeColor="accent6"/>
          <w:bottom w:val="single" w:sz="8" w:space="0" w:color="9B7B8B" w:themeColor="accent6"/>
          <w:right w:val="single" w:sz="8" w:space="0" w:color="9B7B8B" w:themeColor="accent6"/>
          <w:insideH w:val="nil"/>
          <w:insideV w:val="single" w:sz="8" w:space="0" w:color="9B7B8B"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7B8B" w:themeColor="accent6"/>
          <w:left w:val="single" w:sz="8" w:space="0" w:color="9B7B8B" w:themeColor="accent6"/>
          <w:bottom w:val="single" w:sz="8" w:space="0" w:color="9B7B8B" w:themeColor="accent6"/>
          <w:right w:val="single" w:sz="8" w:space="0" w:color="9B7B8B" w:themeColor="accent6"/>
        </w:tcBorders>
      </w:tcPr>
    </w:tblStylePr>
    <w:tblStylePr w:type="band1Vert">
      <w:tblPr/>
      <w:tcPr>
        <w:tcBorders>
          <w:top w:val="single" w:sz="8" w:space="0" w:color="9B7B8B" w:themeColor="accent6"/>
          <w:left w:val="single" w:sz="8" w:space="0" w:color="9B7B8B" w:themeColor="accent6"/>
          <w:bottom w:val="single" w:sz="8" w:space="0" w:color="9B7B8B" w:themeColor="accent6"/>
          <w:right w:val="single" w:sz="8" w:space="0" w:color="9B7B8B" w:themeColor="accent6"/>
        </w:tcBorders>
        <w:shd w:val="clear" w:color="auto" w:fill="E6DEE2" w:themeFill="accent6" w:themeFillTint="3F"/>
      </w:tcPr>
    </w:tblStylePr>
    <w:tblStylePr w:type="band1Horz">
      <w:tblPr/>
      <w:tcPr>
        <w:tcBorders>
          <w:top w:val="single" w:sz="8" w:space="0" w:color="9B7B8B" w:themeColor="accent6"/>
          <w:left w:val="single" w:sz="8" w:space="0" w:color="9B7B8B" w:themeColor="accent6"/>
          <w:bottom w:val="single" w:sz="8" w:space="0" w:color="9B7B8B" w:themeColor="accent6"/>
          <w:right w:val="single" w:sz="8" w:space="0" w:color="9B7B8B" w:themeColor="accent6"/>
          <w:insideV w:val="single" w:sz="8" w:space="0" w:color="9B7B8B" w:themeColor="accent6"/>
        </w:tcBorders>
        <w:shd w:val="clear" w:color="auto" w:fill="E6DEE2" w:themeFill="accent6" w:themeFillTint="3F"/>
      </w:tcPr>
    </w:tblStylePr>
    <w:tblStylePr w:type="band2Horz">
      <w:tblPr/>
      <w:tcPr>
        <w:tcBorders>
          <w:top w:val="single" w:sz="8" w:space="0" w:color="9B7B8B" w:themeColor="accent6"/>
          <w:left w:val="single" w:sz="8" w:space="0" w:color="9B7B8B" w:themeColor="accent6"/>
          <w:bottom w:val="single" w:sz="8" w:space="0" w:color="9B7B8B" w:themeColor="accent6"/>
          <w:right w:val="single" w:sz="8" w:space="0" w:color="9B7B8B" w:themeColor="accent6"/>
          <w:insideV w:val="single" w:sz="8" w:space="0" w:color="9B7B8B" w:themeColor="accent6"/>
        </w:tcBorders>
      </w:tcPr>
    </w:tblStylePr>
  </w:style>
  <w:style w:type="table" w:styleId="Tramemoyenne1">
    <w:name w:val="Medium Shading 1"/>
    <w:basedOn w:val="TableauNormal"/>
    <w:uiPriority w:val="63"/>
    <w:semiHidden/>
    <w:locked/>
    <w:rsid w:val="00CB0664"/>
    <w:pPr>
      <w:spacing w:after="0" w:line="240" w:lineRule="auto"/>
    </w:pPr>
    <w:tblPr>
      <w:tblStyleRowBandSize w:val="1"/>
      <w:tblStyleColBandSize w:val="1"/>
      <w:tblBorders>
        <w:top w:val="single" w:sz="8" w:space="0" w:color="595959" w:themeColor="text1" w:themeTint="BF"/>
        <w:left w:val="single" w:sz="8" w:space="0" w:color="595959" w:themeColor="text1" w:themeTint="BF"/>
        <w:bottom w:val="single" w:sz="8" w:space="0" w:color="595959" w:themeColor="text1" w:themeTint="BF"/>
        <w:right w:val="single" w:sz="8" w:space="0" w:color="595959" w:themeColor="text1" w:themeTint="BF"/>
        <w:insideH w:val="single" w:sz="8" w:space="0" w:color="595959" w:themeColor="text1" w:themeTint="BF"/>
      </w:tblBorders>
    </w:tblPr>
    <w:tblStylePr w:type="firstRow">
      <w:pPr>
        <w:spacing w:before="0" w:after="0" w:line="240" w:lineRule="auto"/>
      </w:pPr>
      <w:rPr>
        <w:b/>
        <w:bCs/>
        <w:color w:val="FFFFFF" w:themeColor="background1"/>
      </w:rPr>
      <w:tblPr/>
      <w:tcPr>
        <w:tcBorders>
          <w:top w:val="single" w:sz="8" w:space="0" w:color="595959" w:themeColor="text1" w:themeTint="BF"/>
          <w:left w:val="single" w:sz="8" w:space="0" w:color="595959" w:themeColor="text1" w:themeTint="BF"/>
          <w:bottom w:val="single" w:sz="8" w:space="0" w:color="595959" w:themeColor="text1" w:themeTint="BF"/>
          <w:right w:val="single" w:sz="8" w:space="0" w:color="595959" w:themeColor="text1" w:themeTint="BF"/>
          <w:insideH w:val="nil"/>
          <w:insideV w:val="nil"/>
        </w:tcBorders>
        <w:shd w:val="clear" w:color="auto" w:fill="222222" w:themeFill="text1"/>
      </w:tcPr>
    </w:tblStylePr>
    <w:tblStylePr w:type="lastRow">
      <w:pPr>
        <w:spacing w:before="0" w:after="0" w:line="240" w:lineRule="auto"/>
      </w:pPr>
      <w:rPr>
        <w:b/>
        <w:bCs/>
      </w:rPr>
      <w:tblPr/>
      <w:tcPr>
        <w:tcBorders>
          <w:top w:val="double" w:sz="6" w:space="0" w:color="595959" w:themeColor="text1" w:themeTint="BF"/>
          <w:left w:val="single" w:sz="8" w:space="0" w:color="595959" w:themeColor="text1" w:themeTint="BF"/>
          <w:bottom w:val="single" w:sz="8" w:space="0" w:color="595959" w:themeColor="text1" w:themeTint="BF"/>
          <w:right w:val="single" w:sz="8" w:space="0" w:color="595959" w:themeColor="text1" w:themeTint="BF"/>
          <w:insideH w:val="nil"/>
          <w:insideV w:val="nil"/>
        </w:tcBorders>
      </w:tcPr>
    </w:tblStylePr>
    <w:tblStylePr w:type="firstCol">
      <w:rPr>
        <w:b/>
        <w:bCs/>
      </w:rPr>
    </w:tblStylePr>
    <w:tblStylePr w:type="lastCol">
      <w:rPr>
        <w:b/>
        <w:bCs/>
      </w:rPr>
    </w:tblStylePr>
    <w:tblStylePr w:type="band1Vert">
      <w:tblPr/>
      <w:tcPr>
        <w:shd w:val="clear" w:color="auto" w:fill="C8C8C8" w:themeFill="text1" w:themeFillTint="3F"/>
      </w:tcPr>
    </w:tblStylePr>
    <w:tblStylePr w:type="band1Horz">
      <w:tblPr/>
      <w:tcPr>
        <w:tcBorders>
          <w:insideH w:val="nil"/>
          <w:insideV w:val="nil"/>
        </w:tcBorders>
        <w:shd w:val="clear" w:color="auto" w:fill="C8C8C8"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locked/>
    <w:rsid w:val="00CB0664"/>
    <w:pPr>
      <w:spacing w:after="0" w:line="240" w:lineRule="auto"/>
    </w:pPr>
    <w:tblPr>
      <w:tblStyleRowBandSize w:val="1"/>
      <w:tblStyleColBandSize w:val="1"/>
      <w:tblBorders>
        <w:top w:val="single" w:sz="8" w:space="0" w:color="A6D520" w:themeColor="accent1" w:themeTint="BF"/>
        <w:left w:val="single" w:sz="8" w:space="0" w:color="A6D520" w:themeColor="accent1" w:themeTint="BF"/>
        <w:bottom w:val="single" w:sz="8" w:space="0" w:color="A6D520" w:themeColor="accent1" w:themeTint="BF"/>
        <w:right w:val="single" w:sz="8" w:space="0" w:color="A6D520" w:themeColor="accent1" w:themeTint="BF"/>
        <w:insideH w:val="single" w:sz="8" w:space="0" w:color="A6D520" w:themeColor="accent1" w:themeTint="BF"/>
      </w:tblBorders>
    </w:tblPr>
    <w:tblStylePr w:type="firstRow">
      <w:pPr>
        <w:spacing w:before="0" w:after="0" w:line="240" w:lineRule="auto"/>
      </w:pPr>
      <w:rPr>
        <w:b/>
        <w:bCs/>
        <w:color w:val="FFFFFF" w:themeColor="background1"/>
      </w:rPr>
      <w:tblPr/>
      <w:tcPr>
        <w:tcBorders>
          <w:top w:val="single" w:sz="8" w:space="0" w:color="A6D520" w:themeColor="accent1" w:themeTint="BF"/>
          <w:left w:val="single" w:sz="8" w:space="0" w:color="A6D520" w:themeColor="accent1" w:themeTint="BF"/>
          <w:bottom w:val="single" w:sz="8" w:space="0" w:color="A6D520" w:themeColor="accent1" w:themeTint="BF"/>
          <w:right w:val="single" w:sz="8" w:space="0" w:color="A6D520" w:themeColor="accent1" w:themeTint="BF"/>
          <w:insideH w:val="nil"/>
          <w:insideV w:val="nil"/>
        </w:tcBorders>
        <w:shd w:val="clear" w:color="auto" w:fill="6B8915" w:themeFill="accent1"/>
      </w:tcPr>
    </w:tblStylePr>
    <w:tblStylePr w:type="lastRow">
      <w:pPr>
        <w:spacing w:before="0" w:after="0" w:line="240" w:lineRule="auto"/>
      </w:pPr>
      <w:rPr>
        <w:b/>
        <w:bCs/>
      </w:rPr>
      <w:tblPr/>
      <w:tcPr>
        <w:tcBorders>
          <w:top w:val="double" w:sz="6" w:space="0" w:color="A6D520" w:themeColor="accent1" w:themeTint="BF"/>
          <w:left w:val="single" w:sz="8" w:space="0" w:color="A6D520" w:themeColor="accent1" w:themeTint="BF"/>
          <w:bottom w:val="single" w:sz="8" w:space="0" w:color="A6D520" w:themeColor="accent1" w:themeTint="BF"/>
          <w:right w:val="single" w:sz="8" w:space="0" w:color="A6D520" w:themeColor="accent1" w:themeTint="BF"/>
          <w:insideH w:val="nil"/>
          <w:insideV w:val="nil"/>
        </w:tcBorders>
      </w:tcPr>
    </w:tblStylePr>
    <w:tblStylePr w:type="firstCol">
      <w:rPr>
        <w:b/>
        <w:bCs/>
      </w:rPr>
    </w:tblStylePr>
    <w:tblStylePr w:type="lastCol">
      <w:rPr>
        <w:b/>
        <w:bCs/>
      </w:rPr>
    </w:tblStylePr>
    <w:tblStylePr w:type="band1Vert">
      <w:tblPr/>
      <w:tcPr>
        <w:shd w:val="clear" w:color="auto" w:fill="E2F3B3" w:themeFill="accent1" w:themeFillTint="3F"/>
      </w:tcPr>
    </w:tblStylePr>
    <w:tblStylePr w:type="band1Horz">
      <w:tblPr/>
      <w:tcPr>
        <w:tcBorders>
          <w:insideH w:val="nil"/>
          <w:insideV w:val="nil"/>
        </w:tcBorders>
        <w:shd w:val="clear" w:color="auto" w:fill="E2F3B3"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locked/>
    <w:rsid w:val="00CB0664"/>
    <w:pPr>
      <w:spacing w:after="0" w:line="240" w:lineRule="auto"/>
    </w:pPr>
    <w:tblPr>
      <w:tblStyleRowBandSize w:val="1"/>
      <w:tblStyleColBandSize w:val="1"/>
      <w:tblBorders>
        <w:top w:val="single" w:sz="8" w:space="0" w:color="797979" w:themeColor="accent2" w:themeTint="BF"/>
        <w:left w:val="single" w:sz="8" w:space="0" w:color="797979" w:themeColor="accent2" w:themeTint="BF"/>
        <w:bottom w:val="single" w:sz="8" w:space="0" w:color="797979" w:themeColor="accent2" w:themeTint="BF"/>
        <w:right w:val="single" w:sz="8" w:space="0" w:color="797979" w:themeColor="accent2" w:themeTint="BF"/>
        <w:insideH w:val="single" w:sz="8" w:space="0" w:color="797979" w:themeColor="accent2" w:themeTint="BF"/>
      </w:tblBorders>
    </w:tblPr>
    <w:tblStylePr w:type="firstRow">
      <w:pPr>
        <w:spacing w:before="0" w:after="0" w:line="240" w:lineRule="auto"/>
      </w:pPr>
      <w:rPr>
        <w:b/>
        <w:bCs/>
        <w:color w:val="FFFFFF" w:themeColor="background1"/>
      </w:rPr>
      <w:tblPr/>
      <w:tcPr>
        <w:tcBorders>
          <w:top w:val="single" w:sz="8" w:space="0" w:color="797979" w:themeColor="accent2" w:themeTint="BF"/>
          <w:left w:val="single" w:sz="8" w:space="0" w:color="797979" w:themeColor="accent2" w:themeTint="BF"/>
          <w:bottom w:val="single" w:sz="8" w:space="0" w:color="797979" w:themeColor="accent2" w:themeTint="BF"/>
          <w:right w:val="single" w:sz="8" w:space="0" w:color="797979" w:themeColor="accent2" w:themeTint="BF"/>
          <w:insideH w:val="nil"/>
          <w:insideV w:val="nil"/>
        </w:tcBorders>
        <w:shd w:val="clear" w:color="auto" w:fill="4D4D4D" w:themeFill="accent2"/>
      </w:tcPr>
    </w:tblStylePr>
    <w:tblStylePr w:type="lastRow">
      <w:pPr>
        <w:spacing w:before="0" w:after="0" w:line="240" w:lineRule="auto"/>
      </w:pPr>
      <w:rPr>
        <w:b/>
        <w:bCs/>
      </w:rPr>
      <w:tblPr/>
      <w:tcPr>
        <w:tcBorders>
          <w:top w:val="double" w:sz="6" w:space="0" w:color="797979" w:themeColor="accent2" w:themeTint="BF"/>
          <w:left w:val="single" w:sz="8" w:space="0" w:color="797979" w:themeColor="accent2" w:themeTint="BF"/>
          <w:bottom w:val="single" w:sz="8" w:space="0" w:color="797979" w:themeColor="accent2" w:themeTint="BF"/>
          <w:right w:val="single" w:sz="8" w:space="0" w:color="7979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2" w:themeFillTint="3F"/>
      </w:tcPr>
    </w:tblStylePr>
    <w:tblStylePr w:type="band1Horz">
      <w:tblPr/>
      <w:tcPr>
        <w:tcBorders>
          <w:insideH w:val="nil"/>
          <w:insideV w:val="nil"/>
        </w:tcBorders>
        <w:shd w:val="clear" w:color="auto" w:fill="D3D3D3"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locked/>
    <w:rsid w:val="00CB0664"/>
    <w:pPr>
      <w:spacing w:after="0" w:line="240" w:lineRule="auto"/>
    </w:pPr>
    <w:tblPr>
      <w:tblStyleRowBandSize w:val="1"/>
      <w:tblStyleColBandSize w:val="1"/>
      <w:tblBorders>
        <w:top w:val="single" w:sz="8" w:space="0" w:color="BDC993" w:themeColor="accent3" w:themeTint="BF"/>
        <w:left w:val="single" w:sz="8" w:space="0" w:color="BDC993" w:themeColor="accent3" w:themeTint="BF"/>
        <w:bottom w:val="single" w:sz="8" w:space="0" w:color="BDC993" w:themeColor="accent3" w:themeTint="BF"/>
        <w:right w:val="single" w:sz="8" w:space="0" w:color="BDC993" w:themeColor="accent3" w:themeTint="BF"/>
        <w:insideH w:val="single" w:sz="8" w:space="0" w:color="BDC993" w:themeColor="accent3" w:themeTint="BF"/>
      </w:tblBorders>
    </w:tblPr>
    <w:tblStylePr w:type="firstRow">
      <w:pPr>
        <w:spacing w:before="0" w:after="0" w:line="240" w:lineRule="auto"/>
      </w:pPr>
      <w:rPr>
        <w:b/>
        <w:bCs/>
        <w:color w:val="FFFFFF" w:themeColor="background1"/>
      </w:rPr>
      <w:tblPr/>
      <w:tcPr>
        <w:tcBorders>
          <w:top w:val="single" w:sz="8" w:space="0" w:color="BDC993" w:themeColor="accent3" w:themeTint="BF"/>
          <w:left w:val="single" w:sz="8" w:space="0" w:color="BDC993" w:themeColor="accent3" w:themeTint="BF"/>
          <w:bottom w:val="single" w:sz="8" w:space="0" w:color="BDC993" w:themeColor="accent3" w:themeTint="BF"/>
          <w:right w:val="single" w:sz="8" w:space="0" w:color="BDC993" w:themeColor="accent3" w:themeTint="BF"/>
          <w:insideH w:val="nil"/>
          <w:insideV w:val="nil"/>
        </w:tcBorders>
        <w:shd w:val="clear" w:color="auto" w:fill="A8B870" w:themeFill="accent3"/>
      </w:tcPr>
    </w:tblStylePr>
    <w:tblStylePr w:type="lastRow">
      <w:pPr>
        <w:spacing w:before="0" w:after="0" w:line="240" w:lineRule="auto"/>
      </w:pPr>
      <w:rPr>
        <w:b/>
        <w:bCs/>
      </w:rPr>
      <w:tblPr/>
      <w:tcPr>
        <w:tcBorders>
          <w:top w:val="double" w:sz="6" w:space="0" w:color="BDC993" w:themeColor="accent3" w:themeTint="BF"/>
          <w:left w:val="single" w:sz="8" w:space="0" w:color="BDC993" w:themeColor="accent3" w:themeTint="BF"/>
          <w:bottom w:val="single" w:sz="8" w:space="0" w:color="BDC993" w:themeColor="accent3" w:themeTint="BF"/>
          <w:right w:val="single" w:sz="8" w:space="0" w:color="BDC993" w:themeColor="accent3" w:themeTint="BF"/>
          <w:insideH w:val="nil"/>
          <w:insideV w:val="nil"/>
        </w:tcBorders>
      </w:tcPr>
    </w:tblStylePr>
    <w:tblStylePr w:type="firstCol">
      <w:rPr>
        <w:b/>
        <w:bCs/>
      </w:rPr>
    </w:tblStylePr>
    <w:tblStylePr w:type="lastCol">
      <w:rPr>
        <w:b/>
        <w:bCs/>
      </w:rPr>
    </w:tblStylePr>
    <w:tblStylePr w:type="band1Vert">
      <w:tblPr/>
      <w:tcPr>
        <w:shd w:val="clear" w:color="auto" w:fill="E9EDDB" w:themeFill="accent3" w:themeFillTint="3F"/>
      </w:tcPr>
    </w:tblStylePr>
    <w:tblStylePr w:type="band1Horz">
      <w:tblPr/>
      <w:tcPr>
        <w:tcBorders>
          <w:insideH w:val="nil"/>
          <w:insideV w:val="nil"/>
        </w:tcBorders>
        <w:shd w:val="clear" w:color="auto" w:fill="E9EDDB"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locked/>
    <w:rsid w:val="00CB0664"/>
    <w:pPr>
      <w:spacing w:after="0" w:line="240" w:lineRule="auto"/>
    </w:pPr>
    <w:tblPr>
      <w:tblStyleRowBandSize w:val="1"/>
      <w:tblStyleColBandSize w:val="1"/>
      <w:tblBorders>
        <w:top w:val="single" w:sz="8" w:space="0" w:color="C0994C" w:themeColor="accent4" w:themeTint="BF"/>
        <w:left w:val="single" w:sz="8" w:space="0" w:color="C0994C" w:themeColor="accent4" w:themeTint="BF"/>
        <w:bottom w:val="single" w:sz="8" w:space="0" w:color="C0994C" w:themeColor="accent4" w:themeTint="BF"/>
        <w:right w:val="single" w:sz="8" w:space="0" w:color="C0994C" w:themeColor="accent4" w:themeTint="BF"/>
        <w:insideH w:val="single" w:sz="8" w:space="0" w:color="C0994C" w:themeColor="accent4" w:themeTint="BF"/>
      </w:tblBorders>
    </w:tblPr>
    <w:tblStylePr w:type="firstRow">
      <w:pPr>
        <w:spacing w:before="0" w:after="0" w:line="240" w:lineRule="auto"/>
      </w:pPr>
      <w:rPr>
        <w:b/>
        <w:bCs/>
        <w:color w:val="FFFFFF" w:themeColor="background1"/>
      </w:rPr>
      <w:tblPr/>
      <w:tcPr>
        <w:tcBorders>
          <w:top w:val="single" w:sz="8" w:space="0" w:color="C0994C" w:themeColor="accent4" w:themeTint="BF"/>
          <w:left w:val="single" w:sz="8" w:space="0" w:color="C0994C" w:themeColor="accent4" w:themeTint="BF"/>
          <w:bottom w:val="single" w:sz="8" w:space="0" w:color="C0994C" w:themeColor="accent4" w:themeTint="BF"/>
          <w:right w:val="single" w:sz="8" w:space="0" w:color="C0994C" w:themeColor="accent4" w:themeTint="BF"/>
          <w:insideH w:val="nil"/>
          <w:insideV w:val="nil"/>
        </w:tcBorders>
        <w:shd w:val="clear" w:color="auto" w:fill="8C6D31" w:themeFill="accent4"/>
      </w:tcPr>
    </w:tblStylePr>
    <w:tblStylePr w:type="lastRow">
      <w:pPr>
        <w:spacing w:before="0" w:after="0" w:line="240" w:lineRule="auto"/>
      </w:pPr>
      <w:rPr>
        <w:b/>
        <w:bCs/>
      </w:rPr>
      <w:tblPr/>
      <w:tcPr>
        <w:tcBorders>
          <w:top w:val="double" w:sz="6" w:space="0" w:color="C0994C" w:themeColor="accent4" w:themeTint="BF"/>
          <w:left w:val="single" w:sz="8" w:space="0" w:color="C0994C" w:themeColor="accent4" w:themeTint="BF"/>
          <w:bottom w:val="single" w:sz="8" w:space="0" w:color="C0994C" w:themeColor="accent4" w:themeTint="BF"/>
          <w:right w:val="single" w:sz="8" w:space="0" w:color="C0994C" w:themeColor="accent4" w:themeTint="BF"/>
          <w:insideH w:val="nil"/>
          <w:insideV w:val="nil"/>
        </w:tcBorders>
      </w:tcPr>
    </w:tblStylePr>
    <w:tblStylePr w:type="firstCol">
      <w:rPr>
        <w:b/>
        <w:bCs/>
      </w:rPr>
    </w:tblStylePr>
    <w:tblStylePr w:type="lastCol">
      <w:rPr>
        <w:b/>
        <w:bCs/>
      </w:rPr>
    </w:tblStylePr>
    <w:tblStylePr w:type="band1Vert">
      <w:tblPr/>
      <w:tcPr>
        <w:shd w:val="clear" w:color="auto" w:fill="EADDC4" w:themeFill="accent4" w:themeFillTint="3F"/>
      </w:tcPr>
    </w:tblStylePr>
    <w:tblStylePr w:type="band1Horz">
      <w:tblPr/>
      <w:tcPr>
        <w:tcBorders>
          <w:insideH w:val="nil"/>
          <w:insideV w:val="nil"/>
        </w:tcBorders>
        <w:shd w:val="clear" w:color="auto" w:fill="EADDC4"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locked/>
    <w:rsid w:val="00CB0664"/>
    <w:pPr>
      <w:spacing w:after="0" w:line="240" w:lineRule="auto"/>
    </w:pPr>
    <w:tblPr>
      <w:tblStyleRowBandSize w:val="1"/>
      <w:tblStyleColBandSize w:val="1"/>
      <w:tblBorders>
        <w:top w:val="single" w:sz="8" w:space="0" w:color="92A7BC" w:themeColor="accent5" w:themeTint="BF"/>
        <w:left w:val="single" w:sz="8" w:space="0" w:color="92A7BC" w:themeColor="accent5" w:themeTint="BF"/>
        <w:bottom w:val="single" w:sz="8" w:space="0" w:color="92A7BC" w:themeColor="accent5" w:themeTint="BF"/>
        <w:right w:val="single" w:sz="8" w:space="0" w:color="92A7BC" w:themeColor="accent5" w:themeTint="BF"/>
        <w:insideH w:val="single" w:sz="8" w:space="0" w:color="92A7BC" w:themeColor="accent5" w:themeTint="BF"/>
      </w:tblBorders>
    </w:tblPr>
    <w:tblStylePr w:type="firstRow">
      <w:pPr>
        <w:spacing w:before="0" w:after="0" w:line="240" w:lineRule="auto"/>
      </w:pPr>
      <w:rPr>
        <w:b/>
        <w:bCs/>
        <w:color w:val="FFFFFF" w:themeColor="background1"/>
      </w:rPr>
      <w:tblPr/>
      <w:tcPr>
        <w:tcBorders>
          <w:top w:val="single" w:sz="8" w:space="0" w:color="92A7BC" w:themeColor="accent5" w:themeTint="BF"/>
          <w:left w:val="single" w:sz="8" w:space="0" w:color="92A7BC" w:themeColor="accent5" w:themeTint="BF"/>
          <w:bottom w:val="single" w:sz="8" w:space="0" w:color="92A7BC" w:themeColor="accent5" w:themeTint="BF"/>
          <w:right w:val="single" w:sz="8" w:space="0" w:color="92A7BC" w:themeColor="accent5" w:themeTint="BF"/>
          <w:insideH w:val="nil"/>
          <w:insideV w:val="nil"/>
        </w:tcBorders>
        <w:shd w:val="clear" w:color="auto" w:fill="6E8AA6" w:themeFill="accent5"/>
      </w:tcPr>
    </w:tblStylePr>
    <w:tblStylePr w:type="lastRow">
      <w:pPr>
        <w:spacing w:before="0" w:after="0" w:line="240" w:lineRule="auto"/>
      </w:pPr>
      <w:rPr>
        <w:b/>
        <w:bCs/>
      </w:rPr>
      <w:tblPr/>
      <w:tcPr>
        <w:tcBorders>
          <w:top w:val="double" w:sz="6" w:space="0" w:color="92A7BC" w:themeColor="accent5" w:themeTint="BF"/>
          <w:left w:val="single" w:sz="8" w:space="0" w:color="92A7BC" w:themeColor="accent5" w:themeTint="BF"/>
          <w:bottom w:val="single" w:sz="8" w:space="0" w:color="92A7BC" w:themeColor="accent5" w:themeTint="BF"/>
          <w:right w:val="single" w:sz="8" w:space="0" w:color="92A7BC" w:themeColor="accent5" w:themeTint="BF"/>
          <w:insideH w:val="nil"/>
          <w:insideV w:val="nil"/>
        </w:tcBorders>
      </w:tcPr>
    </w:tblStylePr>
    <w:tblStylePr w:type="firstCol">
      <w:rPr>
        <w:b/>
        <w:bCs/>
      </w:rPr>
    </w:tblStylePr>
    <w:tblStylePr w:type="lastCol">
      <w:rPr>
        <w:b/>
        <w:bCs/>
      </w:rPr>
    </w:tblStylePr>
    <w:tblStylePr w:type="band1Vert">
      <w:tblPr/>
      <w:tcPr>
        <w:shd w:val="clear" w:color="auto" w:fill="DBE1E9" w:themeFill="accent5" w:themeFillTint="3F"/>
      </w:tcPr>
    </w:tblStylePr>
    <w:tblStylePr w:type="band1Horz">
      <w:tblPr/>
      <w:tcPr>
        <w:tcBorders>
          <w:insideH w:val="nil"/>
          <w:insideV w:val="nil"/>
        </w:tcBorders>
        <w:shd w:val="clear" w:color="auto" w:fill="DBE1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locked/>
    <w:rsid w:val="00CB0664"/>
    <w:pPr>
      <w:spacing w:after="0" w:line="240" w:lineRule="auto"/>
    </w:pPr>
    <w:tblPr>
      <w:tblStyleRowBandSize w:val="1"/>
      <w:tblStyleColBandSize w:val="1"/>
      <w:tblBorders>
        <w:top w:val="single" w:sz="8" w:space="0" w:color="B49CA7" w:themeColor="accent6" w:themeTint="BF"/>
        <w:left w:val="single" w:sz="8" w:space="0" w:color="B49CA7" w:themeColor="accent6" w:themeTint="BF"/>
        <w:bottom w:val="single" w:sz="8" w:space="0" w:color="B49CA7" w:themeColor="accent6" w:themeTint="BF"/>
        <w:right w:val="single" w:sz="8" w:space="0" w:color="B49CA7" w:themeColor="accent6" w:themeTint="BF"/>
        <w:insideH w:val="single" w:sz="8" w:space="0" w:color="B49CA7" w:themeColor="accent6" w:themeTint="BF"/>
      </w:tblBorders>
    </w:tblPr>
    <w:tblStylePr w:type="firstRow">
      <w:pPr>
        <w:spacing w:before="0" w:after="0" w:line="240" w:lineRule="auto"/>
      </w:pPr>
      <w:rPr>
        <w:b/>
        <w:bCs/>
        <w:color w:val="FFFFFF" w:themeColor="background1"/>
      </w:rPr>
      <w:tblPr/>
      <w:tcPr>
        <w:tcBorders>
          <w:top w:val="single" w:sz="8" w:space="0" w:color="B49CA7" w:themeColor="accent6" w:themeTint="BF"/>
          <w:left w:val="single" w:sz="8" w:space="0" w:color="B49CA7" w:themeColor="accent6" w:themeTint="BF"/>
          <w:bottom w:val="single" w:sz="8" w:space="0" w:color="B49CA7" w:themeColor="accent6" w:themeTint="BF"/>
          <w:right w:val="single" w:sz="8" w:space="0" w:color="B49CA7" w:themeColor="accent6" w:themeTint="BF"/>
          <w:insideH w:val="nil"/>
          <w:insideV w:val="nil"/>
        </w:tcBorders>
        <w:shd w:val="clear" w:color="auto" w:fill="9B7B8B" w:themeFill="accent6"/>
      </w:tcPr>
    </w:tblStylePr>
    <w:tblStylePr w:type="lastRow">
      <w:pPr>
        <w:spacing w:before="0" w:after="0" w:line="240" w:lineRule="auto"/>
      </w:pPr>
      <w:rPr>
        <w:b/>
        <w:bCs/>
      </w:rPr>
      <w:tblPr/>
      <w:tcPr>
        <w:tcBorders>
          <w:top w:val="double" w:sz="6" w:space="0" w:color="B49CA7" w:themeColor="accent6" w:themeTint="BF"/>
          <w:left w:val="single" w:sz="8" w:space="0" w:color="B49CA7" w:themeColor="accent6" w:themeTint="BF"/>
          <w:bottom w:val="single" w:sz="8" w:space="0" w:color="B49CA7" w:themeColor="accent6" w:themeTint="BF"/>
          <w:right w:val="single" w:sz="8" w:space="0" w:color="B49CA7" w:themeColor="accent6" w:themeTint="BF"/>
          <w:insideH w:val="nil"/>
          <w:insideV w:val="nil"/>
        </w:tcBorders>
      </w:tcPr>
    </w:tblStylePr>
    <w:tblStylePr w:type="firstCol">
      <w:rPr>
        <w:b/>
        <w:bCs/>
      </w:rPr>
    </w:tblStylePr>
    <w:tblStylePr w:type="lastCol">
      <w:rPr>
        <w:b/>
        <w:bCs/>
      </w:rPr>
    </w:tblStylePr>
    <w:tblStylePr w:type="band1Vert">
      <w:tblPr/>
      <w:tcPr>
        <w:shd w:val="clear" w:color="auto" w:fill="E6DEE2" w:themeFill="accent6" w:themeFillTint="3F"/>
      </w:tcPr>
    </w:tblStylePr>
    <w:tblStylePr w:type="band1Horz">
      <w:tblPr/>
      <w:tcPr>
        <w:tcBorders>
          <w:insideH w:val="nil"/>
          <w:insideV w:val="nil"/>
        </w:tcBorders>
        <w:shd w:val="clear" w:color="auto" w:fill="E6DEE2"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locked/>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2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22222" w:themeFill="text1"/>
      </w:tcPr>
    </w:tblStylePr>
    <w:tblStylePr w:type="lastCol">
      <w:rPr>
        <w:b/>
        <w:bCs/>
        <w:color w:val="FFFFFF" w:themeColor="background1"/>
      </w:rPr>
      <w:tblPr/>
      <w:tcPr>
        <w:tcBorders>
          <w:left w:val="nil"/>
          <w:right w:val="nil"/>
          <w:insideH w:val="nil"/>
          <w:insideV w:val="nil"/>
        </w:tcBorders>
        <w:shd w:val="clear" w:color="auto" w:fill="22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locked/>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B891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B8915" w:themeFill="accent1"/>
      </w:tcPr>
    </w:tblStylePr>
    <w:tblStylePr w:type="lastCol">
      <w:rPr>
        <w:b/>
        <w:bCs/>
        <w:color w:val="FFFFFF" w:themeColor="background1"/>
      </w:rPr>
      <w:tblPr/>
      <w:tcPr>
        <w:tcBorders>
          <w:left w:val="nil"/>
          <w:right w:val="nil"/>
          <w:insideH w:val="nil"/>
          <w:insideV w:val="nil"/>
        </w:tcBorders>
        <w:shd w:val="clear" w:color="auto" w:fill="6B891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locked/>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2"/>
      </w:tcPr>
    </w:tblStylePr>
    <w:tblStylePr w:type="lastCol">
      <w:rPr>
        <w:b/>
        <w:bCs/>
        <w:color w:val="FFFFFF" w:themeColor="background1"/>
      </w:rPr>
      <w:tblPr/>
      <w:tcPr>
        <w:tcBorders>
          <w:left w:val="nil"/>
          <w:right w:val="nil"/>
          <w:insideH w:val="nil"/>
          <w:insideV w:val="nil"/>
        </w:tcBorders>
        <w:shd w:val="clear" w:color="auto" w:fill="4D4D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locked/>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8B87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8B870" w:themeFill="accent3"/>
      </w:tcPr>
    </w:tblStylePr>
    <w:tblStylePr w:type="lastCol">
      <w:rPr>
        <w:b/>
        <w:bCs/>
        <w:color w:val="FFFFFF" w:themeColor="background1"/>
      </w:rPr>
      <w:tblPr/>
      <w:tcPr>
        <w:tcBorders>
          <w:left w:val="nil"/>
          <w:right w:val="nil"/>
          <w:insideH w:val="nil"/>
          <w:insideV w:val="nil"/>
        </w:tcBorders>
        <w:shd w:val="clear" w:color="auto" w:fill="A8B87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locked/>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C6D31"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C6D31" w:themeFill="accent4"/>
      </w:tcPr>
    </w:tblStylePr>
    <w:tblStylePr w:type="lastCol">
      <w:rPr>
        <w:b/>
        <w:bCs/>
        <w:color w:val="FFFFFF" w:themeColor="background1"/>
      </w:rPr>
      <w:tblPr/>
      <w:tcPr>
        <w:tcBorders>
          <w:left w:val="nil"/>
          <w:right w:val="nil"/>
          <w:insideH w:val="nil"/>
          <w:insideV w:val="nil"/>
        </w:tcBorders>
        <w:shd w:val="clear" w:color="auto" w:fill="8C6D31"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locked/>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E8AA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E8AA6" w:themeFill="accent5"/>
      </w:tcPr>
    </w:tblStylePr>
    <w:tblStylePr w:type="lastCol">
      <w:rPr>
        <w:b/>
        <w:bCs/>
        <w:color w:val="FFFFFF" w:themeColor="background1"/>
      </w:rPr>
      <w:tblPr/>
      <w:tcPr>
        <w:tcBorders>
          <w:left w:val="nil"/>
          <w:right w:val="nil"/>
          <w:insideH w:val="nil"/>
          <w:insideV w:val="nil"/>
        </w:tcBorders>
        <w:shd w:val="clear" w:color="auto" w:fill="6E8AA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locked/>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7B8B"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7B8B" w:themeFill="accent6"/>
      </w:tcPr>
    </w:tblStylePr>
    <w:tblStylePr w:type="lastCol">
      <w:rPr>
        <w:b/>
        <w:bCs/>
        <w:color w:val="FFFFFF" w:themeColor="background1"/>
      </w:rPr>
      <w:tblPr/>
      <w:tcPr>
        <w:tcBorders>
          <w:left w:val="nil"/>
          <w:right w:val="nil"/>
          <w:insideH w:val="nil"/>
          <w:insideV w:val="nil"/>
        </w:tcBorders>
        <w:shd w:val="clear" w:color="auto" w:fill="9B7B8B"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semiHidden/>
    <w:locked/>
    <w:rsid w:val="00CB0664"/>
    <w:pPr>
      <w:spacing w:after="0" w:line="240" w:lineRule="auto"/>
    </w:pPr>
    <w:rPr>
      <w:color w:val="222222" w:themeColor="text1"/>
    </w:rPr>
    <w:tblPr>
      <w:tblStyleRowBandSize w:val="1"/>
      <w:tblStyleColBandSize w:val="1"/>
      <w:tblBorders>
        <w:top w:val="single" w:sz="8" w:space="0" w:color="222222" w:themeColor="text1"/>
        <w:bottom w:val="single" w:sz="8" w:space="0" w:color="222222" w:themeColor="text1"/>
      </w:tblBorders>
    </w:tblPr>
    <w:tblStylePr w:type="firstRow">
      <w:rPr>
        <w:rFonts w:asciiTheme="majorHAnsi" w:eastAsiaTheme="majorEastAsia" w:hAnsiTheme="majorHAnsi" w:cstheme="majorBidi"/>
      </w:rPr>
      <w:tblPr/>
      <w:tcPr>
        <w:tcBorders>
          <w:top w:val="nil"/>
          <w:bottom w:val="single" w:sz="8" w:space="0" w:color="222222" w:themeColor="text1"/>
        </w:tcBorders>
      </w:tcPr>
    </w:tblStylePr>
    <w:tblStylePr w:type="lastRow">
      <w:rPr>
        <w:b/>
        <w:bCs/>
        <w:color w:val="4A4A4A" w:themeColor="text2"/>
      </w:rPr>
      <w:tblPr/>
      <w:tcPr>
        <w:tcBorders>
          <w:top w:val="single" w:sz="8" w:space="0" w:color="222222" w:themeColor="text1"/>
          <w:bottom w:val="single" w:sz="8" w:space="0" w:color="222222" w:themeColor="text1"/>
        </w:tcBorders>
      </w:tcPr>
    </w:tblStylePr>
    <w:tblStylePr w:type="firstCol">
      <w:rPr>
        <w:b/>
        <w:bCs/>
      </w:rPr>
    </w:tblStylePr>
    <w:tblStylePr w:type="lastCol">
      <w:rPr>
        <w:b/>
        <w:bCs/>
      </w:rPr>
      <w:tblPr/>
      <w:tcPr>
        <w:tcBorders>
          <w:top w:val="single" w:sz="8" w:space="0" w:color="222222" w:themeColor="text1"/>
          <w:bottom w:val="single" w:sz="8" w:space="0" w:color="222222" w:themeColor="text1"/>
        </w:tcBorders>
      </w:tcPr>
    </w:tblStylePr>
    <w:tblStylePr w:type="band1Vert">
      <w:tblPr/>
      <w:tcPr>
        <w:shd w:val="clear" w:color="auto" w:fill="C8C8C8" w:themeFill="text1" w:themeFillTint="3F"/>
      </w:tcPr>
    </w:tblStylePr>
    <w:tblStylePr w:type="band1Horz">
      <w:tblPr/>
      <w:tcPr>
        <w:shd w:val="clear" w:color="auto" w:fill="C8C8C8" w:themeFill="text1" w:themeFillTint="3F"/>
      </w:tcPr>
    </w:tblStylePr>
  </w:style>
  <w:style w:type="table" w:styleId="Listemoyenne1-Accent1">
    <w:name w:val="Medium List 1 Accent 1"/>
    <w:basedOn w:val="TableauNormal"/>
    <w:uiPriority w:val="65"/>
    <w:semiHidden/>
    <w:locked/>
    <w:rsid w:val="00CB0664"/>
    <w:pPr>
      <w:spacing w:after="0" w:line="240" w:lineRule="auto"/>
    </w:pPr>
    <w:rPr>
      <w:color w:val="222222" w:themeColor="text1"/>
    </w:rPr>
    <w:tblPr>
      <w:tblStyleRowBandSize w:val="1"/>
      <w:tblStyleColBandSize w:val="1"/>
      <w:tblBorders>
        <w:top w:val="single" w:sz="8" w:space="0" w:color="6B8915" w:themeColor="accent1"/>
        <w:bottom w:val="single" w:sz="8" w:space="0" w:color="6B8915" w:themeColor="accent1"/>
      </w:tblBorders>
    </w:tblPr>
    <w:tblStylePr w:type="firstRow">
      <w:rPr>
        <w:rFonts w:asciiTheme="majorHAnsi" w:eastAsiaTheme="majorEastAsia" w:hAnsiTheme="majorHAnsi" w:cstheme="majorBidi"/>
      </w:rPr>
      <w:tblPr/>
      <w:tcPr>
        <w:tcBorders>
          <w:top w:val="nil"/>
          <w:bottom w:val="single" w:sz="8" w:space="0" w:color="6B8915" w:themeColor="accent1"/>
        </w:tcBorders>
      </w:tcPr>
    </w:tblStylePr>
    <w:tblStylePr w:type="lastRow">
      <w:rPr>
        <w:b/>
        <w:bCs/>
        <w:color w:val="4A4A4A" w:themeColor="text2"/>
      </w:rPr>
      <w:tblPr/>
      <w:tcPr>
        <w:tcBorders>
          <w:top w:val="single" w:sz="8" w:space="0" w:color="6B8915" w:themeColor="accent1"/>
          <w:bottom w:val="single" w:sz="8" w:space="0" w:color="6B8915" w:themeColor="accent1"/>
        </w:tcBorders>
      </w:tcPr>
    </w:tblStylePr>
    <w:tblStylePr w:type="firstCol">
      <w:rPr>
        <w:b/>
        <w:bCs/>
      </w:rPr>
    </w:tblStylePr>
    <w:tblStylePr w:type="lastCol">
      <w:rPr>
        <w:b/>
        <w:bCs/>
      </w:rPr>
      <w:tblPr/>
      <w:tcPr>
        <w:tcBorders>
          <w:top w:val="single" w:sz="8" w:space="0" w:color="6B8915" w:themeColor="accent1"/>
          <w:bottom w:val="single" w:sz="8" w:space="0" w:color="6B8915" w:themeColor="accent1"/>
        </w:tcBorders>
      </w:tcPr>
    </w:tblStylePr>
    <w:tblStylePr w:type="band1Vert">
      <w:tblPr/>
      <w:tcPr>
        <w:shd w:val="clear" w:color="auto" w:fill="E2F3B3" w:themeFill="accent1" w:themeFillTint="3F"/>
      </w:tcPr>
    </w:tblStylePr>
    <w:tblStylePr w:type="band1Horz">
      <w:tblPr/>
      <w:tcPr>
        <w:shd w:val="clear" w:color="auto" w:fill="E2F3B3" w:themeFill="accent1" w:themeFillTint="3F"/>
      </w:tcPr>
    </w:tblStylePr>
  </w:style>
  <w:style w:type="table" w:styleId="Listemoyenne1-Accent2">
    <w:name w:val="Medium List 1 Accent 2"/>
    <w:basedOn w:val="TableauNormal"/>
    <w:uiPriority w:val="65"/>
    <w:semiHidden/>
    <w:locked/>
    <w:rsid w:val="00CB0664"/>
    <w:pPr>
      <w:spacing w:after="0" w:line="240" w:lineRule="auto"/>
    </w:pPr>
    <w:rPr>
      <w:color w:val="222222" w:themeColor="text1"/>
    </w:rPr>
    <w:tblPr>
      <w:tblStyleRowBandSize w:val="1"/>
      <w:tblStyleColBandSize w:val="1"/>
      <w:tblBorders>
        <w:top w:val="single" w:sz="8" w:space="0" w:color="4D4D4D" w:themeColor="accent2"/>
        <w:bottom w:val="single" w:sz="8" w:space="0" w:color="4D4D4D" w:themeColor="accent2"/>
      </w:tblBorders>
    </w:tblPr>
    <w:tblStylePr w:type="firstRow">
      <w:rPr>
        <w:rFonts w:asciiTheme="majorHAnsi" w:eastAsiaTheme="majorEastAsia" w:hAnsiTheme="majorHAnsi" w:cstheme="majorBidi"/>
      </w:rPr>
      <w:tblPr/>
      <w:tcPr>
        <w:tcBorders>
          <w:top w:val="nil"/>
          <w:bottom w:val="single" w:sz="8" w:space="0" w:color="4D4D4D" w:themeColor="accent2"/>
        </w:tcBorders>
      </w:tcPr>
    </w:tblStylePr>
    <w:tblStylePr w:type="lastRow">
      <w:rPr>
        <w:b/>
        <w:bCs/>
        <w:color w:val="4A4A4A" w:themeColor="text2"/>
      </w:rPr>
      <w:tblPr/>
      <w:tcPr>
        <w:tcBorders>
          <w:top w:val="single" w:sz="8" w:space="0" w:color="4D4D4D" w:themeColor="accent2"/>
          <w:bottom w:val="single" w:sz="8" w:space="0" w:color="4D4D4D" w:themeColor="accent2"/>
        </w:tcBorders>
      </w:tcPr>
    </w:tblStylePr>
    <w:tblStylePr w:type="firstCol">
      <w:rPr>
        <w:b/>
        <w:bCs/>
      </w:rPr>
    </w:tblStylePr>
    <w:tblStylePr w:type="lastCol">
      <w:rPr>
        <w:b/>
        <w:bCs/>
      </w:rPr>
      <w:tblPr/>
      <w:tcPr>
        <w:tcBorders>
          <w:top w:val="single" w:sz="8" w:space="0" w:color="4D4D4D" w:themeColor="accent2"/>
          <w:bottom w:val="single" w:sz="8" w:space="0" w:color="4D4D4D" w:themeColor="accent2"/>
        </w:tcBorders>
      </w:tcPr>
    </w:tblStylePr>
    <w:tblStylePr w:type="band1Vert">
      <w:tblPr/>
      <w:tcPr>
        <w:shd w:val="clear" w:color="auto" w:fill="D3D3D3" w:themeFill="accent2" w:themeFillTint="3F"/>
      </w:tcPr>
    </w:tblStylePr>
    <w:tblStylePr w:type="band1Horz">
      <w:tblPr/>
      <w:tcPr>
        <w:shd w:val="clear" w:color="auto" w:fill="D3D3D3" w:themeFill="accent2" w:themeFillTint="3F"/>
      </w:tcPr>
    </w:tblStylePr>
  </w:style>
  <w:style w:type="table" w:styleId="Listemoyenne1-Accent3">
    <w:name w:val="Medium List 1 Accent 3"/>
    <w:basedOn w:val="TableauNormal"/>
    <w:uiPriority w:val="65"/>
    <w:semiHidden/>
    <w:locked/>
    <w:rsid w:val="00CB0664"/>
    <w:pPr>
      <w:spacing w:after="0" w:line="240" w:lineRule="auto"/>
    </w:pPr>
    <w:rPr>
      <w:color w:val="222222" w:themeColor="text1"/>
    </w:rPr>
    <w:tblPr>
      <w:tblStyleRowBandSize w:val="1"/>
      <w:tblStyleColBandSize w:val="1"/>
      <w:tblBorders>
        <w:top w:val="single" w:sz="8" w:space="0" w:color="A8B870" w:themeColor="accent3"/>
        <w:bottom w:val="single" w:sz="8" w:space="0" w:color="A8B870" w:themeColor="accent3"/>
      </w:tblBorders>
    </w:tblPr>
    <w:tblStylePr w:type="firstRow">
      <w:rPr>
        <w:rFonts w:asciiTheme="majorHAnsi" w:eastAsiaTheme="majorEastAsia" w:hAnsiTheme="majorHAnsi" w:cstheme="majorBidi"/>
      </w:rPr>
      <w:tblPr/>
      <w:tcPr>
        <w:tcBorders>
          <w:top w:val="nil"/>
          <w:bottom w:val="single" w:sz="8" w:space="0" w:color="A8B870" w:themeColor="accent3"/>
        </w:tcBorders>
      </w:tcPr>
    </w:tblStylePr>
    <w:tblStylePr w:type="lastRow">
      <w:rPr>
        <w:b/>
        <w:bCs/>
        <w:color w:val="4A4A4A" w:themeColor="text2"/>
      </w:rPr>
      <w:tblPr/>
      <w:tcPr>
        <w:tcBorders>
          <w:top w:val="single" w:sz="8" w:space="0" w:color="A8B870" w:themeColor="accent3"/>
          <w:bottom w:val="single" w:sz="8" w:space="0" w:color="A8B870" w:themeColor="accent3"/>
        </w:tcBorders>
      </w:tcPr>
    </w:tblStylePr>
    <w:tblStylePr w:type="firstCol">
      <w:rPr>
        <w:b/>
        <w:bCs/>
      </w:rPr>
    </w:tblStylePr>
    <w:tblStylePr w:type="lastCol">
      <w:rPr>
        <w:b/>
        <w:bCs/>
      </w:rPr>
      <w:tblPr/>
      <w:tcPr>
        <w:tcBorders>
          <w:top w:val="single" w:sz="8" w:space="0" w:color="A8B870" w:themeColor="accent3"/>
          <w:bottom w:val="single" w:sz="8" w:space="0" w:color="A8B870" w:themeColor="accent3"/>
        </w:tcBorders>
      </w:tcPr>
    </w:tblStylePr>
    <w:tblStylePr w:type="band1Vert">
      <w:tblPr/>
      <w:tcPr>
        <w:shd w:val="clear" w:color="auto" w:fill="E9EDDB" w:themeFill="accent3" w:themeFillTint="3F"/>
      </w:tcPr>
    </w:tblStylePr>
    <w:tblStylePr w:type="band1Horz">
      <w:tblPr/>
      <w:tcPr>
        <w:shd w:val="clear" w:color="auto" w:fill="E9EDDB" w:themeFill="accent3" w:themeFillTint="3F"/>
      </w:tcPr>
    </w:tblStylePr>
  </w:style>
  <w:style w:type="table" w:styleId="Listemoyenne1-Accent4">
    <w:name w:val="Medium List 1 Accent 4"/>
    <w:basedOn w:val="TableauNormal"/>
    <w:uiPriority w:val="65"/>
    <w:semiHidden/>
    <w:locked/>
    <w:rsid w:val="00CB0664"/>
    <w:pPr>
      <w:spacing w:after="0" w:line="240" w:lineRule="auto"/>
    </w:pPr>
    <w:rPr>
      <w:color w:val="222222" w:themeColor="text1"/>
    </w:rPr>
    <w:tblPr>
      <w:tblStyleRowBandSize w:val="1"/>
      <w:tblStyleColBandSize w:val="1"/>
      <w:tblBorders>
        <w:top w:val="single" w:sz="8" w:space="0" w:color="8C6D31" w:themeColor="accent4"/>
        <w:bottom w:val="single" w:sz="8" w:space="0" w:color="8C6D31" w:themeColor="accent4"/>
      </w:tblBorders>
    </w:tblPr>
    <w:tblStylePr w:type="firstRow">
      <w:rPr>
        <w:rFonts w:asciiTheme="majorHAnsi" w:eastAsiaTheme="majorEastAsia" w:hAnsiTheme="majorHAnsi" w:cstheme="majorBidi"/>
      </w:rPr>
      <w:tblPr/>
      <w:tcPr>
        <w:tcBorders>
          <w:top w:val="nil"/>
          <w:bottom w:val="single" w:sz="8" w:space="0" w:color="8C6D31" w:themeColor="accent4"/>
        </w:tcBorders>
      </w:tcPr>
    </w:tblStylePr>
    <w:tblStylePr w:type="lastRow">
      <w:rPr>
        <w:b/>
        <w:bCs/>
        <w:color w:val="4A4A4A" w:themeColor="text2"/>
      </w:rPr>
      <w:tblPr/>
      <w:tcPr>
        <w:tcBorders>
          <w:top w:val="single" w:sz="8" w:space="0" w:color="8C6D31" w:themeColor="accent4"/>
          <w:bottom w:val="single" w:sz="8" w:space="0" w:color="8C6D31" w:themeColor="accent4"/>
        </w:tcBorders>
      </w:tcPr>
    </w:tblStylePr>
    <w:tblStylePr w:type="firstCol">
      <w:rPr>
        <w:b/>
        <w:bCs/>
      </w:rPr>
    </w:tblStylePr>
    <w:tblStylePr w:type="lastCol">
      <w:rPr>
        <w:b/>
        <w:bCs/>
      </w:rPr>
      <w:tblPr/>
      <w:tcPr>
        <w:tcBorders>
          <w:top w:val="single" w:sz="8" w:space="0" w:color="8C6D31" w:themeColor="accent4"/>
          <w:bottom w:val="single" w:sz="8" w:space="0" w:color="8C6D31" w:themeColor="accent4"/>
        </w:tcBorders>
      </w:tcPr>
    </w:tblStylePr>
    <w:tblStylePr w:type="band1Vert">
      <w:tblPr/>
      <w:tcPr>
        <w:shd w:val="clear" w:color="auto" w:fill="EADDC4" w:themeFill="accent4" w:themeFillTint="3F"/>
      </w:tcPr>
    </w:tblStylePr>
    <w:tblStylePr w:type="band1Horz">
      <w:tblPr/>
      <w:tcPr>
        <w:shd w:val="clear" w:color="auto" w:fill="EADDC4" w:themeFill="accent4" w:themeFillTint="3F"/>
      </w:tcPr>
    </w:tblStylePr>
  </w:style>
  <w:style w:type="table" w:styleId="Listemoyenne1-Accent5">
    <w:name w:val="Medium List 1 Accent 5"/>
    <w:basedOn w:val="TableauNormal"/>
    <w:uiPriority w:val="65"/>
    <w:semiHidden/>
    <w:locked/>
    <w:rsid w:val="00CB0664"/>
    <w:pPr>
      <w:spacing w:after="0" w:line="240" w:lineRule="auto"/>
    </w:pPr>
    <w:rPr>
      <w:color w:val="222222" w:themeColor="text1"/>
    </w:rPr>
    <w:tblPr>
      <w:tblStyleRowBandSize w:val="1"/>
      <w:tblStyleColBandSize w:val="1"/>
      <w:tblBorders>
        <w:top w:val="single" w:sz="8" w:space="0" w:color="6E8AA6" w:themeColor="accent5"/>
        <w:bottom w:val="single" w:sz="8" w:space="0" w:color="6E8AA6" w:themeColor="accent5"/>
      </w:tblBorders>
    </w:tblPr>
    <w:tblStylePr w:type="firstRow">
      <w:rPr>
        <w:rFonts w:asciiTheme="majorHAnsi" w:eastAsiaTheme="majorEastAsia" w:hAnsiTheme="majorHAnsi" w:cstheme="majorBidi"/>
      </w:rPr>
      <w:tblPr/>
      <w:tcPr>
        <w:tcBorders>
          <w:top w:val="nil"/>
          <w:bottom w:val="single" w:sz="8" w:space="0" w:color="6E8AA6" w:themeColor="accent5"/>
        </w:tcBorders>
      </w:tcPr>
    </w:tblStylePr>
    <w:tblStylePr w:type="lastRow">
      <w:rPr>
        <w:b/>
        <w:bCs/>
        <w:color w:val="4A4A4A" w:themeColor="text2"/>
      </w:rPr>
      <w:tblPr/>
      <w:tcPr>
        <w:tcBorders>
          <w:top w:val="single" w:sz="8" w:space="0" w:color="6E8AA6" w:themeColor="accent5"/>
          <w:bottom w:val="single" w:sz="8" w:space="0" w:color="6E8AA6" w:themeColor="accent5"/>
        </w:tcBorders>
      </w:tcPr>
    </w:tblStylePr>
    <w:tblStylePr w:type="firstCol">
      <w:rPr>
        <w:b/>
        <w:bCs/>
      </w:rPr>
    </w:tblStylePr>
    <w:tblStylePr w:type="lastCol">
      <w:rPr>
        <w:b/>
        <w:bCs/>
      </w:rPr>
      <w:tblPr/>
      <w:tcPr>
        <w:tcBorders>
          <w:top w:val="single" w:sz="8" w:space="0" w:color="6E8AA6" w:themeColor="accent5"/>
          <w:bottom w:val="single" w:sz="8" w:space="0" w:color="6E8AA6" w:themeColor="accent5"/>
        </w:tcBorders>
      </w:tcPr>
    </w:tblStylePr>
    <w:tblStylePr w:type="band1Vert">
      <w:tblPr/>
      <w:tcPr>
        <w:shd w:val="clear" w:color="auto" w:fill="DBE1E9" w:themeFill="accent5" w:themeFillTint="3F"/>
      </w:tcPr>
    </w:tblStylePr>
    <w:tblStylePr w:type="band1Horz">
      <w:tblPr/>
      <w:tcPr>
        <w:shd w:val="clear" w:color="auto" w:fill="DBE1E9" w:themeFill="accent5" w:themeFillTint="3F"/>
      </w:tcPr>
    </w:tblStylePr>
  </w:style>
  <w:style w:type="table" w:styleId="Listemoyenne1-Accent6">
    <w:name w:val="Medium List 1 Accent 6"/>
    <w:basedOn w:val="TableauNormal"/>
    <w:uiPriority w:val="65"/>
    <w:semiHidden/>
    <w:locked/>
    <w:rsid w:val="00CB0664"/>
    <w:pPr>
      <w:spacing w:after="0" w:line="240" w:lineRule="auto"/>
    </w:pPr>
    <w:rPr>
      <w:color w:val="222222" w:themeColor="text1"/>
    </w:rPr>
    <w:tblPr>
      <w:tblStyleRowBandSize w:val="1"/>
      <w:tblStyleColBandSize w:val="1"/>
      <w:tblBorders>
        <w:top w:val="single" w:sz="8" w:space="0" w:color="9B7B8B" w:themeColor="accent6"/>
        <w:bottom w:val="single" w:sz="8" w:space="0" w:color="9B7B8B" w:themeColor="accent6"/>
      </w:tblBorders>
    </w:tblPr>
    <w:tblStylePr w:type="firstRow">
      <w:rPr>
        <w:rFonts w:asciiTheme="majorHAnsi" w:eastAsiaTheme="majorEastAsia" w:hAnsiTheme="majorHAnsi" w:cstheme="majorBidi"/>
      </w:rPr>
      <w:tblPr/>
      <w:tcPr>
        <w:tcBorders>
          <w:top w:val="nil"/>
          <w:bottom w:val="single" w:sz="8" w:space="0" w:color="9B7B8B" w:themeColor="accent6"/>
        </w:tcBorders>
      </w:tcPr>
    </w:tblStylePr>
    <w:tblStylePr w:type="lastRow">
      <w:rPr>
        <w:b/>
        <w:bCs/>
        <w:color w:val="4A4A4A" w:themeColor="text2"/>
      </w:rPr>
      <w:tblPr/>
      <w:tcPr>
        <w:tcBorders>
          <w:top w:val="single" w:sz="8" w:space="0" w:color="9B7B8B" w:themeColor="accent6"/>
          <w:bottom w:val="single" w:sz="8" w:space="0" w:color="9B7B8B" w:themeColor="accent6"/>
        </w:tcBorders>
      </w:tcPr>
    </w:tblStylePr>
    <w:tblStylePr w:type="firstCol">
      <w:rPr>
        <w:b/>
        <w:bCs/>
      </w:rPr>
    </w:tblStylePr>
    <w:tblStylePr w:type="lastCol">
      <w:rPr>
        <w:b/>
        <w:bCs/>
      </w:rPr>
      <w:tblPr/>
      <w:tcPr>
        <w:tcBorders>
          <w:top w:val="single" w:sz="8" w:space="0" w:color="9B7B8B" w:themeColor="accent6"/>
          <w:bottom w:val="single" w:sz="8" w:space="0" w:color="9B7B8B" w:themeColor="accent6"/>
        </w:tcBorders>
      </w:tcPr>
    </w:tblStylePr>
    <w:tblStylePr w:type="band1Vert">
      <w:tblPr/>
      <w:tcPr>
        <w:shd w:val="clear" w:color="auto" w:fill="E6DEE2" w:themeFill="accent6" w:themeFillTint="3F"/>
      </w:tcPr>
    </w:tblStylePr>
    <w:tblStylePr w:type="band1Horz">
      <w:tblPr/>
      <w:tcPr>
        <w:shd w:val="clear" w:color="auto" w:fill="E6DEE2" w:themeFill="accent6" w:themeFillTint="3F"/>
      </w:tcPr>
    </w:tblStylePr>
  </w:style>
  <w:style w:type="table" w:styleId="Listemoyenne2">
    <w:name w:val="Medium List 2"/>
    <w:basedOn w:val="TableauNormal"/>
    <w:uiPriority w:val="66"/>
    <w:semiHidden/>
    <w:locked/>
    <w:rsid w:val="00CB0664"/>
    <w:pPr>
      <w:spacing w:after="0" w:line="240" w:lineRule="auto"/>
    </w:pPr>
    <w:rPr>
      <w:rFonts w:asciiTheme="majorHAnsi" w:eastAsiaTheme="majorEastAsia" w:hAnsiTheme="majorHAnsi" w:cstheme="majorBidi"/>
      <w:color w:val="222222" w:themeColor="text1"/>
    </w:rPr>
    <w:tblPr>
      <w:tblStyleRowBandSize w:val="1"/>
      <w:tblStyleColBandSize w:val="1"/>
      <w:tblBorders>
        <w:top w:val="single" w:sz="8" w:space="0" w:color="222222" w:themeColor="text1"/>
        <w:left w:val="single" w:sz="8" w:space="0" w:color="222222" w:themeColor="text1"/>
        <w:bottom w:val="single" w:sz="8" w:space="0" w:color="222222" w:themeColor="text1"/>
        <w:right w:val="single" w:sz="8" w:space="0" w:color="222222" w:themeColor="text1"/>
      </w:tblBorders>
    </w:tblPr>
    <w:tblStylePr w:type="firstRow">
      <w:rPr>
        <w:sz w:val="24"/>
        <w:szCs w:val="24"/>
      </w:rPr>
      <w:tblPr/>
      <w:tcPr>
        <w:tcBorders>
          <w:top w:val="nil"/>
          <w:left w:val="nil"/>
          <w:bottom w:val="single" w:sz="24" w:space="0" w:color="222222" w:themeColor="text1"/>
          <w:right w:val="nil"/>
          <w:insideH w:val="nil"/>
          <w:insideV w:val="nil"/>
        </w:tcBorders>
        <w:shd w:val="clear" w:color="auto" w:fill="FFFFFF" w:themeFill="background1"/>
      </w:tcPr>
    </w:tblStylePr>
    <w:tblStylePr w:type="lastRow">
      <w:tblPr/>
      <w:tcPr>
        <w:tcBorders>
          <w:top w:val="single" w:sz="8" w:space="0" w:color="22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22222" w:themeColor="text1"/>
          <w:insideH w:val="nil"/>
          <w:insideV w:val="nil"/>
        </w:tcBorders>
        <w:shd w:val="clear" w:color="auto" w:fill="FFFFFF" w:themeFill="background1"/>
      </w:tcPr>
    </w:tblStylePr>
    <w:tblStylePr w:type="lastCol">
      <w:tblPr/>
      <w:tcPr>
        <w:tcBorders>
          <w:top w:val="nil"/>
          <w:left w:val="single" w:sz="8" w:space="0" w:color="22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8C8C8" w:themeFill="text1" w:themeFillTint="3F"/>
      </w:tcPr>
    </w:tblStylePr>
    <w:tblStylePr w:type="band1Horz">
      <w:tblPr/>
      <w:tcPr>
        <w:tcBorders>
          <w:top w:val="nil"/>
          <w:bottom w:val="nil"/>
          <w:insideH w:val="nil"/>
          <w:insideV w:val="nil"/>
        </w:tcBorders>
        <w:shd w:val="clear" w:color="auto" w:fill="C8C8C8"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locked/>
    <w:rsid w:val="00CB0664"/>
    <w:pPr>
      <w:spacing w:after="0" w:line="240" w:lineRule="auto"/>
    </w:pPr>
    <w:rPr>
      <w:rFonts w:asciiTheme="majorHAnsi" w:eastAsiaTheme="majorEastAsia" w:hAnsiTheme="majorHAnsi" w:cstheme="majorBidi"/>
      <w:color w:val="222222" w:themeColor="text1"/>
    </w:rPr>
    <w:tblPr>
      <w:tblStyleRowBandSize w:val="1"/>
      <w:tblStyleColBandSize w:val="1"/>
      <w:tblBorders>
        <w:top w:val="single" w:sz="8" w:space="0" w:color="6B8915" w:themeColor="accent1"/>
        <w:left w:val="single" w:sz="8" w:space="0" w:color="6B8915" w:themeColor="accent1"/>
        <w:bottom w:val="single" w:sz="8" w:space="0" w:color="6B8915" w:themeColor="accent1"/>
        <w:right w:val="single" w:sz="8" w:space="0" w:color="6B8915" w:themeColor="accent1"/>
      </w:tblBorders>
    </w:tblPr>
    <w:tblStylePr w:type="firstRow">
      <w:rPr>
        <w:sz w:val="24"/>
        <w:szCs w:val="24"/>
      </w:rPr>
      <w:tblPr/>
      <w:tcPr>
        <w:tcBorders>
          <w:top w:val="nil"/>
          <w:left w:val="nil"/>
          <w:bottom w:val="single" w:sz="24" w:space="0" w:color="6B8915" w:themeColor="accent1"/>
          <w:right w:val="nil"/>
          <w:insideH w:val="nil"/>
          <w:insideV w:val="nil"/>
        </w:tcBorders>
        <w:shd w:val="clear" w:color="auto" w:fill="FFFFFF" w:themeFill="background1"/>
      </w:tcPr>
    </w:tblStylePr>
    <w:tblStylePr w:type="lastRow">
      <w:tblPr/>
      <w:tcPr>
        <w:tcBorders>
          <w:top w:val="single" w:sz="8" w:space="0" w:color="6B891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B8915" w:themeColor="accent1"/>
          <w:insideH w:val="nil"/>
          <w:insideV w:val="nil"/>
        </w:tcBorders>
        <w:shd w:val="clear" w:color="auto" w:fill="FFFFFF" w:themeFill="background1"/>
      </w:tcPr>
    </w:tblStylePr>
    <w:tblStylePr w:type="lastCol">
      <w:tblPr/>
      <w:tcPr>
        <w:tcBorders>
          <w:top w:val="nil"/>
          <w:left w:val="single" w:sz="8" w:space="0" w:color="6B891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2F3B3" w:themeFill="accent1" w:themeFillTint="3F"/>
      </w:tcPr>
    </w:tblStylePr>
    <w:tblStylePr w:type="band1Horz">
      <w:tblPr/>
      <w:tcPr>
        <w:tcBorders>
          <w:top w:val="nil"/>
          <w:bottom w:val="nil"/>
          <w:insideH w:val="nil"/>
          <w:insideV w:val="nil"/>
        </w:tcBorders>
        <w:shd w:val="clear" w:color="auto" w:fill="E2F3B3"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locked/>
    <w:rsid w:val="00CB0664"/>
    <w:pPr>
      <w:spacing w:after="0" w:line="240" w:lineRule="auto"/>
    </w:pPr>
    <w:rPr>
      <w:rFonts w:asciiTheme="majorHAnsi" w:eastAsiaTheme="majorEastAsia" w:hAnsiTheme="majorHAnsi" w:cstheme="majorBidi"/>
      <w:color w:val="222222" w:themeColor="text1"/>
    </w:rPr>
    <w:tblPr>
      <w:tblStyleRowBandSize w:val="1"/>
      <w:tblStyleColBandSize w:val="1"/>
      <w:tblBorders>
        <w:top w:val="single" w:sz="8" w:space="0" w:color="4D4D4D" w:themeColor="accent2"/>
        <w:left w:val="single" w:sz="8" w:space="0" w:color="4D4D4D" w:themeColor="accent2"/>
        <w:bottom w:val="single" w:sz="8" w:space="0" w:color="4D4D4D" w:themeColor="accent2"/>
        <w:right w:val="single" w:sz="8" w:space="0" w:color="4D4D4D" w:themeColor="accent2"/>
      </w:tblBorders>
    </w:tblPr>
    <w:tblStylePr w:type="firstRow">
      <w:rPr>
        <w:sz w:val="24"/>
        <w:szCs w:val="24"/>
      </w:rPr>
      <w:tblPr/>
      <w:tcPr>
        <w:tcBorders>
          <w:top w:val="nil"/>
          <w:left w:val="nil"/>
          <w:bottom w:val="single" w:sz="24" w:space="0" w:color="4D4D4D" w:themeColor="accent2"/>
          <w:right w:val="nil"/>
          <w:insideH w:val="nil"/>
          <w:insideV w:val="nil"/>
        </w:tcBorders>
        <w:shd w:val="clear" w:color="auto" w:fill="FFFFFF" w:themeFill="background1"/>
      </w:tcPr>
    </w:tblStylePr>
    <w:tblStylePr w:type="lastRow">
      <w:tblPr/>
      <w:tcPr>
        <w:tcBorders>
          <w:top w:val="single" w:sz="8" w:space="0" w:color="4D4D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2"/>
          <w:insideH w:val="nil"/>
          <w:insideV w:val="nil"/>
        </w:tcBorders>
        <w:shd w:val="clear" w:color="auto" w:fill="FFFFFF" w:themeFill="background1"/>
      </w:tcPr>
    </w:tblStylePr>
    <w:tblStylePr w:type="lastCol">
      <w:tblPr/>
      <w:tcPr>
        <w:tcBorders>
          <w:top w:val="nil"/>
          <w:left w:val="single" w:sz="8" w:space="0" w:color="4D4D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2" w:themeFillTint="3F"/>
      </w:tcPr>
    </w:tblStylePr>
    <w:tblStylePr w:type="band1Horz">
      <w:tblPr/>
      <w:tcPr>
        <w:tcBorders>
          <w:top w:val="nil"/>
          <w:bottom w:val="nil"/>
          <w:insideH w:val="nil"/>
          <w:insideV w:val="nil"/>
        </w:tcBorders>
        <w:shd w:val="clear" w:color="auto" w:fill="D3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locked/>
    <w:rsid w:val="00CB0664"/>
    <w:pPr>
      <w:spacing w:after="0" w:line="240" w:lineRule="auto"/>
    </w:pPr>
    <w:rPr>
      <w:rFonts w:asciiTheme="majorHAnsi" w:eastAsiaTheme="majorEastAsia" w:hAnsiTheme="majorHAnsi" w:cstheme="majorBidi"/>
      <w:color w:val="222222" w:themeColor="text1"/>
    </w:rPr>
    <w:tblPr>
      <w:tblStyleRowBandSize w:val="1"/>
      <w:tblStyleColBandSize w:val="1"/>
      <w:tblBorders>
        <w:top w:val="single" w:sz="8" w:space="0" w:color="A8B870" w:themeColor="accent3"/>
        <w:left w:val="single" w:sz="8" w:space="0" w:color="A8B870" w:themeColor="accent3"/>
        <w:bottom w:val="single" w:sz="8" w:space="0" w:color="A8B870" w:themeColor="accent3"/>
        <w:right w:val="single" w:sz="8" w:space="0" w:color="A8B870" w:themeColor="accent3"/>
      </w:tblBorders>
    </w:tblPr>
    <w:tblStylePr w:type="firstRow">
      <w:rPr>
        <w:sz w:val="24"/>
        <w:szCs w:val="24"/>
      </w:rPr>
      <w:tblPr/>
      <w:tcPr>
        <w:tcBorders>
          <w:top w:val="nil"/>
          <w:left w:val="nil"/>
          <w:bottom w:val="single" w:sz="24" w:space="0" w:color="A8B870" w:themeColor="accent3"/>
          <w:right w:val="nil"/>
          <w:insideH w:val="nil"/>
          <w:insideV w:val="nil"/>
        </w:tcBorders>
        <w:shd w:val="clear" w:color="auto" w:fill="FFFFFF" w:themeFill="background1"/>
      </w:tcPr>
    </w:tblStylePr>
    <w:tblStylePr w:type="lastRow">
      <w:tblPr/>
      <w:tcPr>
        <w:tcBorders>
          <w:top w:val="single" w:sz="8" w:space="0" w:color="A8B87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8B870" w:themeColor="accent3"/>
          <w:insideH w:val="nil"/>
          <w:insideV w:val="nil"/>
        </w:tcBorders>
        <w:shd w:val="clear" w:color="auto" w:fill="FFFFFF" w:themeFill="background1"/>
      </w:tcPr>
    </w:tblStylePr>
    <w:tblStylePr w:type="lastCol">
      <w:tblPr/>
      <w:tcPr>
        <w:tcBorders>
          <w:top w:val="nil"/>
          <w:left w:val="single" w:sz="8" w:space="0" w:color="A8B87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DDB" w:themeFill="accent3" w:themeFillTint="3F"/>
      </w:tcPr>
    </w:tblStylePr>
    <w:tblStylePr w:type="band1Horz">
      <w:tblPr/>
      <w:tcPr>
        <w:tcBorders>
          <w:top w:val="nil"/>
          <w:bottom w:val="nil"/>
          <w:insideH w:val="nil"/>
          <w:insideV w:val="nil"/>
        </w:tcBorders>
        <w:shd w:val="clear" w:color="auto" w:fill="E9EDD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locked/>
    <w:rsid w:val="00CB0664"/>
    <w:pPr>
      <w:spacing w:after="0" w:line="240" w:lineRule="auto"/>
    </w:pPr>
    <w:rPr>
      <w:rFonts w:asciiTheme="majorHAnsi" w:eastAsiaTheme="majorEastAsia" w:hAnsiTheme="majorHAnsi" w:cstheme="majorBidi"/>
      <w:color w:val="222222" w:themeColor="text1"/>
    </w:rPr>
    <w:tblPr>
      <w:tblStyleRowBandSize w:val="1"/>
      <w:tblStyleColBandSize w:val="1"/>
      <w:tblBorders>
        <w:top w:val="single" w:sz="8" w:space="0" w:color="8C6D31" w:themeColor="accent4"/>
        <w:left w:val="single" w:sz="8" w:space="0" w:color="8C6D31" w:themeColor="accent4"/>
        <w:bottom w:val="single" w:sz="8" w:space="0" w:color="8C6D31" w:themeColor="accent4"/>
        <w:right w:val="single" w:sz="8" w:space="0" w:color="8C6D31" w:themeColor="accent4"/>
      </w:tblBorders>
    </w:tblPr>
    <w:tblStylePr w:type="firstRow">
      <w:rPr>
        <w:sz w:val="24"/>
        <w:szCs w:val="24"/>
      </w:rPr>
      <w:tblPr/>
      <w:tcPr>
        <w:tcBorders>
          <w:top w:val="nil"/>
          <w:left w:val="nil"/>
          <w:bottom w:val="single" w:sz="24" w:space="0" w:color="8C6D31" w:themeColor="accent4"/>
          <w:right w:val="nil"/>
          <w:insideH w:val="nil"/>
          <w:insideV w:val="nil"/>
        </w:tcBorders>
        <w:shd w:val="clear" w:color="auto" w:fill="FFFFFF" w:themeFill="background1"/>
      </w:tcPr>
    </w:tblStylePr>
    <w:tblStylePr w:type="lastRow">
      <w:tblPr/>
      <w:tcPr>
        <w:tcBorders>
          <w:top w:val="single" w:sz="8" w:space="0" w:color="8C6D31"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C6D31" w:themeColor="accent4"/>
          <w:insideH w:val="nil"/>
          <w:insideV w:val="nil"/>
        </w:tcBorders>
        <w:shd w:val="clear" w:color="auto" w:fill="FFFFFF" w:themeFill="background1"/>
      </w:tcPr>
    </w:tblStylePr>
    <w:tblStylePr w:type="lastCol">
      <w:tblPr/>
      <w:tcPr>
        <w:tcBorders>
          <w:top w:val="nil"/>
          <w:left w:val="single" w:sz="8" w:space="0" w:color="8C6D31"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DDC4" w:themeFill="accent4" w:themeFillTint="3F"/>
      </w:tcPr>
    </w:tblStylePr>
    <w:tblStylePr w:type="band1Horz">
      <w:tblPr/>
      <w:tcPr>
        <w:tcBorders>
          <w:top w:val="nil"/>
          <w:bottom w:val="nil"/>
          <w:insideH w:val="nil"/>
          <w:insideV w:val="nil"/>
        </w:tcBorders>
        <w:shd w:val="clear" w:color="auto" w:fill="EADDC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locked/>
    <w:rsid w:val="00CB0664"/>
    <w:pPr>
      <w:spacing w:after="0" w:line="240" w:lineRule="auto"/>
    </w:pPr>
    <w:rPr>
      <w:rFonts w:asciiTheme="majorHAnsi" w:eastAsiaTheme="majorEastAsia" w:hAnsiTheme="majorHAnsi" w:cstheme="majorBidi"/>
      <w:color w:val="222222" w:themeColor="text1"/>
    </w:rPr>
    <w:tblPr>
      <w:tblStyleRowBandSize w:val="1"/>
      <w:tblStyleColBandSize w:val="1"/>
      <w:tblBorders>
        <w:top w:val="single" w:sz="8" w:space="0" w:color="6E8AA6" w:themeColor="accent5"/>
        <w:left w:val="single" w:sz="8" w:space="0" w:color="6E8AA6" w:themeColor="accent5"/>
        <w:bottom w:val="single" w:sz="8" w:space="0" w:color="6E8AA6" w:themeColor="accent5"/>
        <w:right w:val="single" w:sz="8" w:space="0" w:color="6E8AA6" w:themeColor="accent5"/>
      </w:tblBorders>
    </w:tblPr>
    <w:tblStylePr w:type="firstRow">
      <w:rPr>
        <w:sz w:val="24"/>
        <w:szCs w:val="24"/>
      </w:rPr>
      <w:tblPr/>
      <w:tcPr>
        <w:tcBorders>
          <w:top w:val="nil"/>
          <w:left w:val="nil"/>
          <w:bottom w:val="single" w:sz="24" w:space="0" w:color="6E8AA6" w:themeColor="accent5"/>
          <w:right w:val="nil"/>
          <w:insideH w:val="nil"/>
          <w:insideV w:val="nil"/>
        </w:tcBorders>
        <w:shd w:val="clear" w:color="auto" w:fill="FFFFFF" w:themeFill="background1"/>
      </w:tcPr>
    </w:tblStylePr>
    <w:tblStylePr w:type="lastRow">
      <w:tblPr/>
      <w:tcPr>
        <w:tcBorders>
          <w:top w:val="single" w:sz="8" w:space="0" w:color="6E8AA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E8AA6" w:themeColor="accent5"/>
          <w:insideH w:val="nil"/>
          <w:insideV w:val="nil"/>
        </w:tcBorders>
        <w:shd w:val="clear" w:color="auto" w:fill="FFFFFF" w:themeFill="background1"/>
      </w:tcPr>
    </w:tblStylePr>
    <w:tblStylePr w:type="lastCol">
      <w:tblPr/>
      <w:tcPr>
        <w:tcBorders>
          <w:top w:val="nil"/>
          <w:left w:val="single" w:sz="8" w:space="0" w:color="6E8AA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1E9" w:themeFill="accent5" w:themeFillTint="3F"/>
      </w:tcPr>
    </w:tblStylePr>
    <w:tblStylePr w:type="band1Horz">
      <w:tblPr/>
      <w:tcPr>
        <w:tcBorders>
          <w:top w:val="nil"/>
          <w:bottom w:val="nil"/>
          <w:insideH w:val="nil"/>
          <w:insideV w:val="nil"/>
        </w:tcBorders>
        <w:shd w:val="clear" w:color="auto" w:fill="DBE1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locked/>
    <w:rsid w:val="00CB0664"/>
    <w:pPr>
      <w:spacing w:after="0" w:line="240" w:lineRule="auto"/>
    </w:pPr>
    <w:rPr>
      <w:rFonts w:asciiTheme="majorHAnsi" w:eastAsiaTheme="majorEastAsia" w:hAnsiTheme="majorHAnsi" w:cstheme="majorBidi"/>
      <w:color w:val="222222" w:themeColor="text1"/>
    </w:rPr>
    <w:tblPr>
      <w:tblStyleRowBandSize w:val="1"/>
      <w:tblStyleColBandSize w:val="1"/>
      <w:tblBorders>
        <w:top w:val="single" w:sz="8" w:space="0" w:color="9B7B8B" w:themeColor="accent6"/>
        <w:left w:val="single" w:sz="8" w:space="0" w:color="9B7B8B" w:themeColor="accent6"/>
        <w:bottom w:val="single" w:sz="8" w:space="0" w:color="9B7B8B" w:themeColor="accent6"/>
        <w:right w:val="single" w:sz="8" w:space="0" w:color="9B7B8B" w:themeColor="accent6"/>
      </w:tblBorders>
    </w:tblPr>
    <w:tblStylePr w:type="firstRow">
      <w:rPr>
        <w:sz w:val="24"/>
        <w:szCs w:val="24"/>
      </w:rPr>
      <w:tblPr/>
      <w:tcPr>
        <w:tcBorders>
          <w:top w:val="nil"/>
          <w:left w:val="nil"/>
          <w:bottom w:val="single" w:sz="24" w:space="0" w:color="9B7B8B" w:themeColor="accent6"/>
          <w:right w:val="nil"/>
          <w:insideH w:val="nil"/>
          <w:insideV w:val="nil"/>
        </w:tcBorders>
        <w:shd w:val="clear" w:color="auto" w:fill="FFFFFF" w:themeFill="background1"/>
      </w:tcPr>
    </w:tblStylePr>
    <w:tblStylePr w:type="lastRow">
      <w:tblPr/>
      <w:tcPr>
        <w:tcBorders>
          <w:top w:val="single" w:sz="8" w:space="0" w:color="9B7B8B"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7B8B" w:themeColor="accent6"/>
          <w:insideH w:val="nil"/>
          <w:insideV w:val="nil"/>
        </w:tcBorders>
        <w:shd w:val="clear" w:color="auto" w:fill="FFFFFF" w:themeFill="background1"/>
      </w:tcPr>
    </w:tblStylePr>
    <w:tblStylePr w:type="lastCol">
      <w:tblPr/>
      <w:tcPr>
        <w:tcBorders>
          <w:top w:val="nil"/>
          <w:left w:val="single" w:sz="8" w:space="0" w:color="9B7B8B"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DEE2" w:themeFill="accent6" w:themeFillTint="3F"/>
      </w:tcPr>
    </w:tblStylePr>
    <w:tblStylePr w:type="band1Horz">
      <w:tblPr/>
      <w:tcPr>
        <w:tcBorders>
          <w:top w:val="nil"/>
          <w:bottom w:val="nil"/>
          <w:insideH w:val="nil"/>
          <w:insideV w:val="nil"/>
        </w:tcBorders>
        <w:shd w:val="clear" w:color="auto" w:fill="E6DEE2"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semiHidden/>
    <w:locked/>
    <w:rsid w:val="00CB0664"/>
    <w:pPr>
      <w:spacing w:after="0" w:line="240" w:lineRule="auto"/>
    </w:pPr>
    <w:tblPr>
      <w:tblStyleRowBandSize w:val="1"/>
      <w:tblStyleColBandSize w:val="1"/>
      <w:tblBorders>
        <w:top w:val="single" w:sz="8" w:space="0" w:color="595959" w:themeColor="text1" w:themeTint="BF"/>
        <w:left w:val="single" w:sz="8" w:space="0" w:color="595959" w:themeColor="text1" w:themeTint="BF"/>
        <w:bottom w:val="single" w:sz="8" w:space="0" w:color="595959" w:themeColor="text1" w:themeTint="BF"/>
        <w:right w:val="single" w:sz="8" w:space="0" w:color="595959" w:themeColor="text1" w:themeTint="BF"/>
        <w:insideH w:val="single" w:sz="8" w:space="0" w:color="595959" w:themeColor="text1" w:themeTint="BF"/>
        <w:insideV w:val="single" w:sz="8" w:space="0" w:color="595959" w:themeColor="text1" w:themeTint="BF"/>
      </w:tblBorders>
    </w:tblPr>
    <w:tcPr>
      <w:shd w:val="clear" w:color="auto" w:fill="C8C8C8" w:themeFill="text1" w:themeFillTint="3F"/>
    </w:tcPr>
    <w:tblStylePr w:type="firstRow">
      <w:rPr>
        <w:b/>
        <w:bCs/>
      </w:rPr>
    </w:tblStylePr>
    <w:tblStylePr w:type="lastRow">
      <w:rPr>
        <w:b/>
        <w:bCs/>
      </w:rPr>
      <w:tblPr/>
      <w:tcPr>
        <w:tcBorders>
          <w:top w:val="single" w:sz="18" w:space="0" w:color="595959" w:themeColor="text1" w:themeTint="BF"/>
        </w:tcBorders>
      </w:tcPr>
    </w:tblStylePr>
    <w:tblStylePr w:type="firstCol">
      <w:rPr>
        <w:b/>
        <w:bCs/>
      </w:rPr>
    </w:tblStylePr>
    <w:tblStylePr w:type="lastCol">
      <w:rPr>
        <w:b/>
        <w:bCs/>
      </w:rPr>
    </w:tblStylePr>
    <w:tblStylePr w:type="band1Vert">
      <w:tblPr/>
      <w:tcPr>
        <w:shd w:val="clear" w:color="auto" w:fill="909090" w:themeFill="text1" w:themeFillTint="7F"/>
      </w:tcPr>
    </w:tblStylePr>
    <w:tblStylePr w:type="band1Horz">
      <w:tblPr/>
      <w:tcPr>
        <w:shd w:val="clear" w:color="auto" w:fill="909090" w:themeFill="text1" w:themeFillTint="7F"/>
      </w:tcPr>
    </w:tblStylePr>
  </w:style>
  <w:style w:type="table" w:styleId="Grillemoyenne1-Accent1">
    <w:name w:val="Medium Grid 1 Accent 1"/>
    <w:basedOn w:val="TableauNormal"/>
    <w:uiPriority w:val="67"/>
    <w:semiHidden/>
    <w:locked/>
    <w:rsid w:val="00CB0664"/>
    <w:pPr>
      <w:spacing w:after="0" w:line="240" w:lineRule="auto"/>
    </w:pPr>
    <w:tblPr>
      <w:tblStyleRowBandSize w:val="1"/>
      <w:tblStyleColBandSize w:val="1"/>
      <w:tblBorders>
        <w:top w:val="single" w:sz="8" w:space="0" w:color="A6D520" w:themeColor="accent1" w:themeTint="BF"/>
        <w:left w:val="single" w:sz="8" w:space="0" w:color="A6D520" w:themeColor="accent1" w:themeTint="BF"/>
        <w:bottom w:val="single" w:sz="8" w:space="0" w:color="A6D520" w:themeColor="accent1" w:themeTint="BF"/>
        <w:right w:val="single" w:sz="8" w:space="0" w:color="A6D520" w:themeColor="accent1" w:themeTint="BF"/>
        <w:insideH w:val="single" w:sz="8" w:space="0" w:color="A6D520" w:themeColor="accent1" w:themeTint="BF"/>
        <w:insideV w:val="single" w:sz="8" w:space="0" w:color="A6D520" w:themeColor="accent1" w:themeTint="BF"/>
      </w:tblBorders>
    </w:tblPr>
    <w:tcPr>
      <w:shd w:val="clear" w:color="auto" w:fill="E2F3B3" w:themeFill="accent1" w:themeFillTint="3F"/>
    </w:tcPr>
    <w:tblStylePr w:type="firstRow">
      <w:rPr>
        <w:b/>
        <w:bCs/>
      </w:rPr>
    </w:tblStylePr>
    <w:tblStylePr w:type="lastRow">
      <w:rPr>
        <w:b/>
        <w:bCs/>
      </w:rPr>
      <w:tblPr/>
      <w:tcPr>
        <w:tcBorders>
          <w:top w:val="single" w:sz="18" w:space="0" w:color="A6D520" w:themeColor="accent1" w:themeTint="BF"/>
        </w:tcBorders>
      </w:tcPr>
    </w:tblStylePr>
    <w:tblStylePr w:type="firstCol">
      <w:rPr>
        <w:b/>
        <w:bCs/>
      </w:rPr>
    </w:tblStylePr>
    <w:tblStylePr w:type="lastCol">
      <w:rPr>
        <w:b/>
        <w:bCs/>
      </w:rPr>
    </w:tblStylePr>
    <w:tblStylePr w:type="band1Vert">
      <w:tblPr/>
      <w:tcPr>
        <w:shd w:val="clear" w:color="auto" w:fill="C6E766" w:themeFill="accent1" w:themeFillTint="7F"/>
      </w:tcPr>
    </w:tblStylePr>
    <w:tblStylePr w:type="band1Horz">
      <w:tblPr/>
      <w:tcPr>
        <w:shd w:val="clear" w:color="auto" w:fill="C6E766" w:themeFill="accent1" w:themeFillTint="7F"/>
      </w:tcPr>
    </w:tblStylePr>
  </w:style>
  <w:style w:type="table" w:styleId="Grillemoyenne1-Accent2">
    <w:name w:val="Medium Grid 1 Accent 2"/>
    <w:basedOn w:val="TableauNormal"/>
    <w:uiPriority w:val="67"/>
    <w:semiHidden/>
    <w:locked/>
    <w:rsid w:val="00CB0664"/>
    <w:pPr>
      <w:spacing w:after="0" w:line="240" w:lineRule="auto"/>
    </w:pPr>
    <w:tblPr>
      <w:tblStyleRowBandSize w:val="1"/>
      <w:tblStyleColBandSize w:val="1"/>
      <w:tblBorders>
        <w:top w:val="single" w:sz="8" w:space="0" w:color="797979" w:themeColor="accent2" w:themeTint="BF"/>
        <w:left w:val="single" w:sz="8" w:space="0" w:color="797979" w:themeColor="accent2" w:themeTint="BF"/>
        <w:bottom w:val="single" w:sz="8" w:space="0" w:color="797979" w:themeColor="accent2" w:themeTint="BF"/>
        <w:right w:val="single" w:sz="8" w:space="0" w:color="797979" w:themeColor="accent2" w:themeTint="BF"/>
        <w:insideH w:val="single" w:sz="8" w:space="0" w:color="797979" w:themeColor="accent2" w:themeTint="BF"/>
        <w:insideV w:val="single" w:sz="8" w:space="0" w:color="797979" w:themeColor="accent2" w:themeTint="BF"/>
      </w:tblBorders>
    </w:tblPr>
    <w:tcPr>
      <w:shd w:val="clear" w:color="auto" w:fill="D3D3D3" w:themeFill="accent2" w:themeFillTint="3F"/>
    </w:tcPr>
    <w:tblStylePr w:type="firstRow">
      <w:rPr>
        <w:b/>
        <w:bCs/>
      </w:rPr>
    </w:tblStylePr>
    <w:tblStylePr w:type="lastRow">
      <w:rPr>
        <w:b/>
        <w:bCs/>
      </w:rPr>
      <w:tblPr/>
      <w:tcPr>
        <w:tcBorders>
          <w:top w:val="single" w:sz="18" w:space="0" w:color="797979" w:themeColor="accent2" w:themeTint="BF"/>
        </w:tcBorders>
      </w:tcPr>
    </w:tblStylePr>
    <w:tblStylePr w:type="firstCol">
      <w:rPr>
        <w:b/>
        <w:bCs/>
      </w:rPr>
    </w:tblStylePr>
    <w:tblStylePr w:type="lastCol">
      <w:rPr>
        <w:b/>
        <w:bCs/>
      </w:rPr>
    </w:tblStylePr>
    <w:tblStylePr w:type="band1Vert">
      <w:tblPr/>
      <w:tcPr>
        <w:shd w:val="clear" w:color="auto" w:fill="A6A6A6" w:themeFill="accent2" w:themeFillTint="7F"/>
      </w:tcPr>
    </w:tblStylePr>
    <w:tblStylePr w:type="band1Horz">
      <w:tblPr/>
      <w:tcPr>
        <w:shd w:val="clear" w:color="auto" w:fill="A6A6A6" w:themeFill="accent2" w:themeFillTint="7F"/>
      </w:tcPr>
    </w:tblStylePr>
  </w:style>
  <w:style w:type="table" w:styleId="Grillemoyenne1-Accent3">
    <w:name w:val="Medium Grid 1 Accent 3"/>
    <w:basedOn w:val="TableauNormal"/>
    <w:uiPriority w:val="67"/>
    <w:semiHidden/>
    <w:locked/>
    <w:rsid w:val="00CB0664"/>
    <w:pPr>
      <w:spacing w:after="0" w:line="240" w:lineRule="auto"/>
    </w:pPr>
    <w:tblPr>
      <w:tblStyleRowBandSize w:val="1"/>
      <w:tblStyleColBandSize w:val="1"/>
      <w:tblBorders>
        <w:top w:val="single" w:sz="8" w:space="0" w:color="BDC993" w:themeColor="accent3" w:themeTint="BF"/>
        <w:left w:val="single" w:sz="8" w:space="0" w:color="BDC993" w:themeColor="accent3" w:themeTint="BF"/>
        <w:bottom w:val="single" w:sz="8" w:space="0" w:color="BDC993" w:themeColor="accent3" w:themeTint="BF"/>
        <w:right w:val="single" w:sz="8" w:space="0" w:color="BDC993" w:themeColor="accent3" w:themeTint="BF"/>
        <w:insideH w:val="single" w:sz="8" w:space="0" w:color="BDC993" w:themeColor="accent3" w:themeTint="BF"/>
        <w:insideV w:val="single" w:sz="8" w:space="0" w:color="BDC993" w:themeColor="accent3" w:themeTint="BF"/>
      </w:tblBorders>
    </w:tblPr>
    <w:tcPr>
      <w:shd w:val="clear" w:color="auto" w:fill="E9EDDB" w:themeFill="accent3" w:themeFillTint="3F"/>
    </w:tcPr>
    <w:tblStylePr w:type="firstRow">
      <w:rPr>
        <w:b/>
        <w:bCs/>
      </w:rPr>
    </w:tblStylePr>
    <w:tblStylePr w:type="lastRow">
      <w:rPr>
        <w:b/>
        <w:bCs/>
      </w:rPr>
      <w:tblPr/>
      <w:tcPr>
        <w:tcBorders>
          <w:top w:val="single" w:sz="18" w:space="0" w:color="BDC993" w:themeColor="accent3" w:themeTint="BF"/>
        </w:tcBorders>
      </w:tcPr>
    </w:tblStylePr>
    <w:tblStylePr w:type="firstCol">
      <w:rPr>
        <w:b/>
        <w:bCs/>
      </w:rPr>
    </w:tblStylePr>
    <w:tblStylePr w:type="lastCol">
      <w:rPr>
        <w:b/>
        <w:bCs/>
      </w:rPr>
    </w:tblStylePr>
    <w:tblStylePr w:type="band1Vert">
      <w:tblPr/>
      <w:tcPr>
        <w:shd w:val="clear" w:color="auto" w:fill="D3DBB7" w:themeFill="accent3" w:themeFillTint="7F"/>
      </w:tcPr>
    </w:tblStylePr>
    <w:tblStylePr w:type="band1Horz">
      <w:tblPr/>
      <w:tcPr>
        <w:shd w:val="clear" w:color="auto" w:fill="D3DBB7" w:themeFill="accent3" w:themeFillTint="7F"/>
      </w:tcPr>
    </w:tblStylePr>
  </w:style>
  <w:style w:type="table" w:styleId="Grillemoyenne1-Accent4">
    <w:name w:val="Medium Grid 1 Accent 4"/>
    <w:basedOn w:val="TableauNormal"/>
    <w:uiPriority w:val="67"/>
    <w:semiHidden/>
    <w:locked/>
    <w:rsid w:val="00CB0664"/>
    <w:pPr>
      <w:spacing w:after="0" w:line="240" w:lineRule="auto"/>
    </w:pPr>
    <w:tblPr>
      <w:tblStyleRowBandSize w:val="1"/>
      <w:tblStyleColBandSize w:val="1"/>
      <w:tblBorders>
        <w:top w:val="single" w:sz="8" w:space="0" w:color="C0994C" w:themeColor="accent4" w:themeTint="BF"/>
        <w:left w:val="single" w:sz="8" w:space="0" w:color="C0994C" w:themeColor="accent4" w:themeTint="BF"/>
        <w:bottom w:val="single" w:sz="8" w:space="0" w:color="C0994C" w:themeColor="accent4" w:themeTint="BF"/>
        <w:right w:val="single" w:sz="8" w:space="0" w:color="C0994C" w:themeColor="accent4" w:themeTint="BF"/>
        <w:insideH w:val="single" w:sz="8" w:space="0" w:color="C0994C" w:themeColor="accent4" w:themeTint="BF"/>
        <w:insideV w:val="single" w:sz="8" w:space="0" w:color="C0994C" w:themeColor="accent4" w:themeTint="BF"/>
      </w:tblBorders>
    </w:tblPr>
    <w:tcPr>
      <w:shd w:val="clear" w:color="auto" w:fill="EADDC4" w:themeFill="accent4" w:themeFillTint="3F"/>
    </w:tcPr>
    <w:tblStylePr w:type="firstRow">
      <w:rPr>
        <w:b/>
        <w:bCs/>
      </w:rPr>
    </w:tblStylePr>
    <w:tblStylePr w:type="lastRow">
      <w:rPr>
        <w:b/>
        <w:bCs/>
      </w:rPr>
      <w:tblPr/>
      <w:tcPr>
        <w:tcBorders>
          <w:top w:val="single" w:sz="18" w:space="0" w:color="C0994C" w:themeColor="accent4" w:themeTint="BF"/>
        </w:tcBorders>
      </w:tcPr>
    </w:tblStylePr>
    <w:tblStylePr w:type="firstCol">
      <w:rPr>
        <w:b/>
        <w:bCs/>
      </w:rPr>
    </w:tblStylePr>
    <w:tblStylePr w:type="lastCol">
      <w:rPr>
        <w:b/>
        <w:bCs/>
      </w:rPr>
    </w:tblStylePr>
    <w:tblStylePr w:type="band1Vert">
      <w:tblPr/>
      <w:tcPr>
        <w:shd w:val="clear" w:color="auto" w:fill="D5BB88" w:themeFill="accent4" w:themeFillTint="7F"/>
      </w:tcPr>
    </w:tblStylePr>
    <w:tblStylePr w:type="band1Horz">
      <w:tblPr/>
      <w:tcPr>
        <w:shd w:val="clear" w:color="auto" w:fill="D5BB88" w:themeFill="accent4" w:themeFillTint="7F"/>
      </w:tcPr>
    </w:tblStylePr>
  </w:style>
  <w:style w:type="table" w:styleId="Grillemoyenne1-Accent5">
    <w:name w:val="Medium Grid 1 Accent 5"/>
    <w:basedOn w:val="TableauNormal"/>
    <w:uiPriority w:val="67"/>
    <w:semiHidden/>
    <w:locked/>
    <w:rsid w:val="00CB0664"/>
    <w:pPr>
      <w:spacing w:after="0" w:line="240" w:lineRule="auto"/>
    </w:pPr>
    <w:tblPr>
      <w:tblStyleRowBandSize w:val="1"/>
      <w:tblStyleColBandSize w:val="1"/>
      <w:tblBorders>
        <w:top w:val="single" w:sz="8" w:space="0" w:color="92A7BC" w:themeColor="accent5" w:themeTint="BF"/>
        <w:left w:val="single" w:sz="8" w:space="0" w:color="92A7BC" w:themeColor="accent5" w:themeTint="BF"/>
        <w:bottom w:val="single" w:sz="8" w:space="0" w:color="92A7BC" w:themeColor="accent5" w:themeTint="BF"/>
        <w:right w:val="single" w:sz="8" w:space="0" w:color="92A7BC" w:themeColor="accent5" w:themeTint="BF"/>
        <w:insideH w:val="single" w:sz="8" w:space="0" w:color="92A7BC" w:themeColor="accent5" w:themeTint="BF"/>
        <w:insideV w:val="single" w:sz="8" w:space="0" w:color="92A7BC" w:themeColor="accent5" w:themeTint="BF"/>
      </w:tblBorders>
    </w:tblPr>
    <w:tcPr>
      <w:shd w:val="clear" w:color="auto" w:fill="DBE1E9" w:themeFill="accent5" w:themeFillTint="3F"/>
    </w:tcPr>
    <w:tblStylePr w:type="firstRow">
      <w:rPr>
        <w:b/>
        <w:bCs/>
      </w:rPr>
    </w:tblStylePr>
    <w:tblStylePr w:type="lastRow">
      <w:rPr>
        <w:b/>
        <w:bCs/>
      </w:rPr>
      <w:tblPr/>
      <w:tcPr>
        <w:tcBorders>
          <w:top w:val="single" w:sz="18" w:space="0" w:color="92A7BC" w:themeColor="accent5" w:themeTint="BF"/>
        </w:tcBorders>
      </w:tcPr>
    </w:tblStylePr>
    <w:tblStylePr w:type="firstCol">
      <w:rPr>
        <w:b/>
        <w:bCs/>
      </w:rPr>
    </w:tblStylePr>
    <w:tblStylePr w:type="lastCol">
      <w:rPr>
        <w:b/>
        <w:bCs/>
      </w:rPr>
    </w:tblStylePr>
    <w:tblStylePr w:type="band1Vert">
      <w:tblPr/>
      <w:tcPr>
        <w:shd w:val="clear" w:color="auto" w:fill="B6C4D2" w:themeFill="accent5" w:themeFillTint="7F"/>
      </w:tcPr>
    </w:tblStylePr>
    <w:tblStylePr w:type="band1Horz">
      <w:tblPr/>
      <w:tcPr>
        <w:shd w:val="clear" w:color="auto" w:fill="B6C4D2" w:themeFill="accent5" w:themeFillTint="7F"/>
      </w:tcPr>
    </w:tblStylePr>
  </w:style>
  <w:style w:type="table" w:styleId="Grillemoyenne1-Accent6">
    <w:name w:val="Medium Grid 1 Accent 6"/>
    <w:basedOn w:val="TableauNormal"/>
    <w:uiPriority w:val="67"/>
    <w:semiHidden/>
    <w:locked/>
    <w:rsid w:val="00CB0664"/>
    <w:pPr>
      <w:spacing w:after="0" w:line="240" w:lineRule="auto"/>
    </w:pPr>
    <w:tblPr>
      <w:tblStyleRowBandSize w:val="1"/>
      <w:tblStyleColBandSize w:val="1"/>
      <w:tblBorders>
        <w:top w:val="single" w:sz="8" w:space="0" w:color="B49CA7" w:themeColor="accent6" w:themeTint="BF"/>
        <w:left w:val="single" w:sz="8" w:space="0" w:color="B49CA7" w:themeColor="accent6" w:themeTint="BF"/>
        <w:bottom w:val="single" w:sz="8" w:space="0" w:color="B49CA7" w:themeColor="accent6" w:themeTint="BF"/>
        <w:right w:val="single" w:sz="8" w:space="0" w:color="B49CA7" w:themeColor="accent6" w:themeTint="BF"/>
        <w:insideH w:val="single" w:sz="8" w:space="0" w:color="B49CA7" w:themeColor="accent6" w:themeTint="BF"/>
        <w:insideV w:val="single" w:sz="8" w:space="0" w:color="B49CA7" w:themeColor="accent6" w:themeTint="BF"/>
      </w:tblBorders>
    </w:tblPr>
    <w:tcPr>
      <w:shd w:val="clear" w:color="auto" w:fill="E6DEE2" w:themeFill="accent6" w:themeFillTint="3F"/>
    </w:tcPr>
    <w:tblStylePr w:type="firstRow">
      <w:rPr>
        <w:b/>
        <w:bCs/>
      </w:rPr>
    </w:tblStylePr>
    <w:tblStylePr w:type="lastRow">
      <w:rPr>
        <w:b/>
        <w:bCs/>
      </w:rPr>
      <w:tblPr/>
      <w:tcPr>
        <w:tcBorders>
          <w:top w:val="single" w:sz="18" w:space="0" w:color="B49CA7" w:themeColor="accent6" w:themeTint="BF"/>
        </w:tcBorders>
      </w:tcPr>
    </w:tblStylePr>
    <w:tblStylePr w:type="firstCol">
      <w:rPr>
        <w:b/>
        <w:bCs/>
      </w:rPr>
    </w:tblStylePr>
    <w:tblStylePr w:type="lastCol">
      <w:rPr>
        <w:b/>
        <w:bCs/>
      </w:rPr>
    </w:tblStylePr>
    <w:tblStylePr w:type="band1Vert">
      <w:tblPr/>
      <w:tcPr>
        <w:shd w:val="clear" w:color="auto" w:fill="CDBDC5" w:themeFill="accent6" w:themeFillTint="7F"/>
      </w:tcPr>
    </w:tblStylePr>
    <w:tblStylePr w:type="band1Horz">
      <w:tblPr/>
      <w:tcPr>
        <w:shd w:val="clear" w:color="auto" w:fill="CDBDC5" w:themeFill="accent6" w:themeFillTint="7F"/>
      </w:tcPr>
    </w:tblStylePr>
  </w:style>
  <w:style w:type="table" w:styleId="Grillemoyenne2">
    <w:name w:val="Medium Grid 2"/>
    <w:basedOn w:val="TableauNormal"/>
    <w:uiPriority w:val="68"/>
    <w:semiHidden/>
    <w:locked/>
    <w:rsid w:val="00CB0664"/>
    <w:pPr>
      <w:spacing w:after="0" w:line="240" w:lineRule="auto"/>
    </w:pPr>
    <w:rPr>
      <w:rFonts w:asciiTheme="majorHAnsi" w:eastAsiaTheme="majorEastAsia" w:hAnsiTheme="majorHAnsi" w:cstheme="majorBidi"/>
      <w:color w:val="222222" w:themeColor="text1"/>
    </w:rPr>
    <w:tblPr>
      <w:tblStyleRowBandSize w:val="1"/>
      <w:tblStyleColBandSize w:val="1"/>
      <w:tblBorders>
        <w:top w:val="single" w:sz="8" w:space="0" w:color="222222" w:themeColor="text1"/>
        <w:left w:val="single" w:sz="8" w:space="0" w:color="222222" w:themeColor="text1"/>
        <w:bottom w:val="single" w:sz="8" w:space="0" w:color="222222" w:themeColor="text1"/>
        <w:right w:val="single" w:sz="8" w:space="0" w:color="222222" w:themeColor="text1"/>
        <w:insideH w:val="single" w:sz="8" w:space="0" w:color="222222" w:themeColor="text1"/>
        <w:insideV w:val="single" w:sz="8" w:space="0" w:color="222222" w:themeColor="text1"/>
      </w:tblBorders>
    </w:tblPr>
    <w:tcPr>
      <w:shd w:val="clear" w:color="auto" w:fill="C8C8C8" w:themeFill="text1" w:themeFillTint="3F"/>
    </w:tcPr>
    <w:tblStylePr w:type="firstRow">
      <w:rPr>
        <w:b/>
        <w:bCs/>
        <w:color w:val="222222" w:themeColor="text1"/>
      </w:rPr>
      <w:tblPr/>
      <w:tcPr>
        <w:shd w:val="clear" w:color="auto" w:fill="E9E9E9" w:themeFill="text1" w:themeFillTint="19"/>
      </w:tcPr>
    </w:tblStylePr>
    <w:tblStylePr w:type="lastRow">
      <w:rPr>
        <w:b/>
        <w:bCs/>
        <w:color w:val="222222" w:themeColor="text1"/>
      </w:rPr>
      <w:tblPr/>
      <w:tcPr>
        <w:tcBorders>
          <w:top w:val="single" w:sz="12" w:space="0" w:color="222222" w:themeColor="text1"/>
          <w:left w:val="nil"/>
          <w:bottom w:val="nil"/>
          <w:right w:val="nil"/>
          <w:insideH w:val="nil"/>
          <w:insideV w:val="nil"/>
        </w:tcBorders>
        <w:shd w:val="clear" w:color="auto" w:fill="FFFFFF" w:themeFill="background1"/>
      </w:tcPr>
    </w:tblStylePr>
    <w:tblStylePr w:type="firstCol">
      <w:rPr>
        <w:b/>
        <w:bCs/>
        <w:color w:val="22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22222" w:themeColor="text1"/>
      </w:rPr>
      <w:tblPr/>
      <w:tcPr>
        <w:tcBorders>
          <w:top w:val="nil"/>
          <w:left w:val="nil"/>
          <w:bottom w:val="nil"/>
          <w:right w:val="nil"/>
          <w:insideH w:val="nil"/>
          <w:insideV w:val="nil"/>
        </w:tcBorders>
        <w:shd w:val="clear" w:color="auto" w:fill="D2D2D2" w:themeFill="text1" w:themeFillTint="33"/>
      </w:tcPr>
    </w:tblStylePr>
    <w:tblStylePr w:type="band1Vert">
      <w:tblPr/>
      <w:tcPr>
        <w:shd w:val="clear" w:color="auto" w:fill="909090" w:themeFill="text1" w:themeFillTint="7F"/>
      </w:tcPr>
    </w:tblStylePr>
    <w:tblStylePr w:type="band1Horz">
      <w:tblPr/>
      <w:tcPr>
        <w:tcBorders>
          <w:insideH w:val="single" w:sz="6" w:space="0" w:color="222222" w:themeColor="text1"/>
          <w:insideV w:val="single" w:sz="6" w:space="0" w:color="222222" w:themeColor="text1"/>
        </w:tcBorders>
        <w:shd w:val="clear" w:color="auto" w:fill="90909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locked/>
    <w:rsid w:val="00CB0664"/>
    <w:pPr>
      <w:spacing w:after="0" w:line="240" w:lineRule="auto"/>
    </w:pPr>
    <w:rPr>
      <w:rFonts w:asciiTheme="majorHAnsi" w:eastAsiaTheme="majorEastAsia" w:hAnsiTheme="majorHAnsi" w:cstheme="majorBidi"/>
      <w:color w:val="222222" w:themeColor="text1"/>
    </w:rPr>
    <w:tblPr>
      <w:tblStyleRowBandSize w:val="1"/>
      <w:tblStyleColBandSize w:val="1"/>
      <w:tblBorders>
        <w:top w:val="single" w:sz="8" w:space="0" w:color="6B8915" w:themeColor="accent1"/>
        <w:left w:val="single" w:sz="8" w:space="0" w:color="6B8915" w:themeColor="accent1"/>
        <w:bottom w:val="single" w:sz="8" w:space="0" w:color="6B8915" w:themeColor="accent1"/>
        <w:right w:val="single" w:sz="8" w:space="0" w:color="6B8915" w:themeColor="accent1"/>
        <w:insideH w:val="single" w:sz="8" w:space="0" w:color="6B8915" w:themeColor="accent1"/>
        <w:insideV w:val="single" w:sz="8" w:space="0" w:color="6B8915" w:themeColor="accent1"/>
      </w:tblBorders>
    </w:tblPr>
    <w:tcPr>
      <w:shd w:val="clear" w:color="auto" w:fill="E2F3B3" w:themeFill="accent1" w:themeFillTint="3F"/>
    </w:tcPr>
    <w:tblStylePr w:type="firstRow">
      <w:rPr>
        <w:b/>
        <w:bCs/>
        <w:color w:val="222222" w:themeColor="text1"/>
      </w:rPr>
      <w:tblPr/>
      <w:tcPr>
        <w:shd w:val="clear" w:color="auto" w:fill="F3FAE0" w:themeFill="accent1" w:themeFillTint="19"/>
      </w:tcPr>
    </w:tblStylePr>
    <w:tblStylePr w:type="lastRow">
      <w:rPr>
        <w:b/>
        <w:bCs/>
        <w:color w:val="222222" w:themeColor="text1"/>
      </w:rPr>
      <w:tblPr/>
      <w:tcPr>
        <w:tcBorders>
          <w:top w:val="single" w:sz="12" w:space="0" w:color="222222" w:themeColor="text1"/>
          <w:left w:val="nil"/>
          <w:bottom w:val="nil"/>
          <w:right w:val="nil"/>
          <w:insideH w:val="nil"/>
          <w:insideV w:val="nil"/>
        </w:tcBorders>
        <w:shd w:val="clear" w:color="auto" w:fill="FFFFFF" w:themeFill="background1"/>
      </w:tcPr>
    </w:tblStylePr>
    <w:tblStylePr w:type="firstCol">
      <w:rPr>
        <w:b/>
        <w:bCs/>
        <w:color w:val="22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22222" w:themeColor="text1"/>
      </w:rPr>
      <w:tblPr/>
      <w:tcPr>
        <w:tcBorders>
          <w:top w:val="nil"/>
          <w:left w:val="nil"/>
          <w:bottom w:val="nil"/>
          <w:right w:val="nil"/>
          <w:insideH w:val="nil"/>
          <w:insideV w:val="nil"/>
        </w:tcBorders>
        <w:shd w:val="clear" w:color="auto" w:fill="E8F5C1" w:themeFill="accent1" w:themeFillTint="33"/>
      </w:tcPr>
    </w:tblStylePr>
    <w:tblStylePr w:type="band1Vert">
      <w:tblPr/>
      <w:tcPr>
        <w:shd w:val="clear" w:color="auto" w:fill="C6E766" w:themeFill="accent1" w:themeFillTint="7F"/>
      </w:tcPr>
    </w:tblStylePr>
    <w:tblStylePr w:type="band1Horz">
      <w:tblPr/>
      <w:tcPr>
        <w:tcBorders>
          <w:insideH w:val="single" w:sz="6" w:space="0" w:color="6B8915" w:themeColor="accent1"/>
          <w:insideV w:val="single" w:sz="6" w:space="0" w:color="6B8915" w:themeColor="accent1"/>
        </w:tcBorders>
        <w:shd w:val="clear" w:color="auto" w:fill="C6E76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locked/>
    <w:rsid w:val="00CB0664"/>
    <w:pPr>
      <w:spacing w:after="0" w:line="240" w:lineRule="auto"/>
    </w:pPr>
    <w:rPr>
      <w:rFonts w:asciiTheme="majorHAnsi" w:eastAsiaTheme="majorEastAsia" w:hAnsiTheme="majorHAnsi" w:cstheme="majorBidi"/>
      <w:color w:val="222222" w:themeColor="text1"/>
    </w:rPr>
    <w:tblPr>
      <w:tblStyleRowBandSize w:val="1"/>
      <w:tblStyleColBandSize w:val="1"/>
      <w:tblBorders>
        <w:top w:val="single" w:sz="8" w:space="0" w:color="4D4D4D" w:themeColor="accent2"/>
        <w:left w:val="single" w:sz="8" w:space="0" w:color="4D4D4D" w:themeColor="accent2"/>
        <w:bottom w:val="single" w:sz="8" w:space="0" w:color="4D4D4D" w:themeColor="accent2"/>
        <w:right w:val="single" w:sz="8" w:space="0" w:color="4D4D4D" w:themeColor="accent2"/>
        <w:insideH w:val="single" w:sz="8" w:space="0" w:color="4D4D4D" w:themeColor="accent2"/>
        <w:insideV w:val="single" w:sz="8" w:space="0" w:color="4D4D4D" w:themeColor="accent2"/>
      </w:tblBorders>
    </w:tblPr>
    <w:tcPr>
      <w:shd w:val="clear" w:color="auto" w:fill="D3D3D3" w:themeFill="accent2" w:themeFillTint="3F"/>
    </w:tcPr>
    <w:tblStylePr w:type="firstRow">
      <w:rPr>
        <w:b/>
        <w:bCs/>
        <w:color w:val="222222" w:themeColor="text1"/>
      </w:rPr>
      <w:tblPr/>
      <w:tcPr>
        <w:shd w:val="clear" w:color="auto" w:fill="EDEDED" w:themeFill="accent2" w:themeFillTint="19"/>
      </w:tcPr>
    </w:tblStylePr>
    <w:tblStylePr w:type="lastRow">
      <w:rPr>
        <w:b/>
        <w:bCs/>
        <w:color w:val="222222" w:themeColor="text1"/>
      </w:rPr>
      <w:tblPr/>
      <w:tcPr>
        <w:tcBorders>
          <w:top w:val="single" w:sz="12" w:space="0" w:color="222222" w:themeColor="text1"/>
          <w:left w:val="nil"/>
          <w:bottom w:val="nil"/>
          <w:right w:val="nil"/>
          <w:insideH w:val="nil"/>
          <w:insideV w:val="nil"/>
        </w:tcBorders>
        <w:shd w:val="clear" w:color="auto" w:fill="FFFFFF" w:themeFill="background1"/>
      </w:tcPr>
    </w:tblStylePr>
    <w:tblStylePr w:type="firstCol">
      <w:rPr>
        <w:b/>
        <w:bCs/>
        <w:color w:val="22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22222" w:themeColor="text1"/>
      </w:rPr>
      <w:tblPr/>
      <w:tcPr>
        <w:tcBorders>
          <w:top w:val="nil"/>
          <w:left w:val="nil"/>
          <w:bottom w:val="nil"/>
          <w:right w:val="nil"/>
          <w:insideH w:val="nil"/>
          <w:insideV w:val="nil"/>
        </w:tcBorders>
        <w:shd w:val="clear" w:color="auto" w:fill="DBDBDB" w:themeFill="accent2" w:themeFillTint="33"/>
      </w:tcPr>
    </w:tblStylePr>
    <w:tblStylePr w:type="band1Vert">
      <w:tblPr/>
      <w:tcPr>
        <w:shd w:val="clear" w:color="auto" w:fill="A6A6A6" w:themeFill="accent2" w:themeFillTint="7F"/>
      </w:tcPr>
    </w:tblStylePr>
    <w:tblStylePr w:type="band1Horz">
      <w:tblPr/>
      <w:tcPr>
        <w:tcBorders>
          <w:insideH w:val="single" w:sz="6" w:space="0" w:color="4D4D4D" w:themeColor="accent2"/>
          <w:insideV w:val="single" w:sz="6" w:space="0" w:color="4D4D4D" w:themeColor="accent2"/>
        </w:tcBorders>
        <w:shd w:val="clear" w:color="auto" w:fill="A6A6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locked/>
    <w:rsid w:val="00CB0664"/>
    <w:pPr>
      <w:spacing w:after="0" w:line="240" w:lineRule="auto"/>
    </w:pPr>
    <w:rPr>
      <w:rFonts w:asciiTheme="majorHAnsi" w:eastAsiaTheme="majorEastAsia" w:hAnsiTheme="majorHAnsi" w:cstheme="majorBidi"/>
      <w:color w:val="222222" w:themeColor="text1"/>
    </w:rPr>
    <w:tblPr>
      <w:tblStyleRowBandSize w:val="1"/>
      <w:tblStyleColBandSize w:val="1"/>
      <w:tblBorders>
        <w:top w:val="single" w:sz="8" w:space="0" w:color="A8B870" w:themeColor="accent3"/>
        <w:left w:val="single" w:sz="8" w:space="0" w:color="A8B870" w:themeColor="accent3"/>
        <w:bottom w:val="single" w:sz="8" w:space="0" w:color="A8B870" w:themeColor="accent3"/>
        <w:right w:val="single" w:sz="8" w:space="0" w:color="A8B870" w:themeColor="accent3"/>
        <w:insideH w:val="single" w:sz="8" w:space="0" w:color="A8B870" w:themeColor="accent3"/>
        <w:insideV w:val="single" w:sz="8" w:space="0" w:color="A8B870" w:themeColor="accent3"/>
      </w:tblBorders>
    </w:tblPr>
    <w:tcPr>
      <w:shd w:val="clear" w:color="auto" w:fill="E9EDDB" w:themeFill="accent3" w:themeFillTint="3F"/>
    </w:tcPr>
    <w:tblStylePr w:type="firstRow">
      <w:rPr>
        <w:b/>
        <w:bCs/>
        <w:color w:val="222222" w:themeColor="text1"/>
      </w:rPr>
      <w:tblPr/>
      <w:tcPr>
        <w:shd w:val="clear" w:color="auto" w:fill="F6F8F0" w:themeFill="accent3" w:themeFillTint="19"/>
      </w:tcPr>
    </w:tblStylePr>
    <w:tblStylePr w:type="lastRow">
      <w:rPr>
        <w:b/>
        <w:bCs/>
        <w:color w:val="222222" w:themeColor="text1"/>
      </w:rPr>
      <w:tblPr/>
      <w:tcPr>
        <w:tcBorders>
          <w:top w:val="single" w:sz="12" w:space="0" w:color="222222" w:themeColor="text1"/>
          <w:left w:val="nil"/>
          <w:bottom w:val="nil"/>
          <w:right w:val="nil"/>
          <w:insideH w:val="nil"/>
          <w:insideV w:val="nil"/>
        </w:tcBorders>
        <w:shd w:val="clear" w:color="auto" w:fill="FFFFFF" w:themeFill="background1"/>
      </w:tcPr>
    </w:tblStylePr>
    <w:tblStylePr w:type="firstCol">
      <w:rPr>
        <w:b/>
        <w:bCs/>
        <w:color w:val="22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22222" w:themeColor="text1"/>
      </w:rPr>
      <w:tblPr/>
      <w:tcPr>
        <w:tcBorders>
          <w:top w:val="nil"/>
          <w:left w:val="nil"/>
          <w:bottom w:val="nil"/>
          <w:right w:val="nil"/>
          <w:insideH w:val="nil"/>
          <w:insideV w:val="nil"/>
        </w:tcBorders>
        <w:shd w:val="clear" w:color="auto" w:fill="EDF0E2" w:themeFill="accent3" w:themeFillTint="33"/>
      </w:tcPr>
    </w:tblStylePr>
    <w:tblStylePr w:type="band1Vert">
      <w:tblPr/>
      <w:tcPr>
        <w:shd w:val="clear" w:color="auto" w:fill="D3DBB7" w:themeFill="accent3" w:themeFillTint="7F"/>
      </w:tcPr>
    </w:tblStylePr>
    <w:tblStylePr w:type="band1Horz">
      <w:tblPr/>
      <w:tcPr>
        <w:tcBorders>
          <w:insideH w:val="single" w:sz="6" w:space="0" w:color="A8B870" w:themeColor="accent3"/>
          <w:insideV w:val="single" w:sz="6" w:space="0" w:color="A8B870" w:themeColor="accent3"/>
        </w:tcBorders>
        <w:shd w:val="clear" w:color="auto" w:fill="D3DBB7"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locked/>
    <w:rsid w:val="00CB0664"/>
    <w:pPr>
      <w:spacing w:after="0" w:line="240" w:lineRule="auto"/>
    </w:pPr>
    <w:rPr>
      <w:rFonts w:asciiTheme="majorHAnsi" w:eastAsiaTheme="majorEastAsia" w:hAnsiTheme="majorHAnsi" w:cstheme="majorBidi"/>
      <w:color w:val="222222" w:themeColor="text1"/>
    </w:rPr>
    <w:tblPr>
      <w:tblStyleRowBandSize w:val="1"/>
      <w:tblStyleColBandSize w:val="1"/>
      <w:tblBorders>
        <w:top w:val="single" w:sz="8" w:space="0" w:color="8C6D31" w:themeColor="accent4"/>
        <w:left w:val="single" w:sz="8" w:space="0" w:color="8C6D31" w:themeColor="accent4"/>
        <w:bottom w:val="single" w:sz="8" w:space="0" w:color="8C6D31" w:themeColor="accent4"/>
        <w:right w:val="single" w:sz="8" w:space="0" w:color="8C6D31" w:themeColor="accent4"/>
        <w:insideH w:val="single" w:sz="8" w:space="0" w:color="8C6D31" w:themeColor="accent4"/>
        <w:insideV w:val="single" w:sz="8" w:space="0" w:color="8C6D31" w:themeColor="accent4"/>
      </w:tblBorders>
    </w:tblPr>
    <w:tcPr>
      <w:shd w:val="clear" w:color="auto" w:fill="EADDC4" w:themeFill="accent4" w:themeFillTint="3F"/>
    </w:tcPr>
    <w:tblStylePr w:type="firstRow">
      <w:rPr>
        <w:b/>
        <w:bCs/>
        <w:color w:val="222222" w:themeColor="text1"/>
      </w:rPr>
      <w:tblPr/>
      <w:tcPr>
        <w:shd w:val="clear" w:color="auto" w:fill="F6F1E7" w:themeFill="accent4" w:themeFillTint="19"/>
      </w:tcPr>
    </w:tblStylePr>
    <w:tblStylePr w:type="lastRow">
      <w:rPr>
        <w:b/>
        <w:bCs/>
        <w:color w:val="222222" w:themeColor="text1"/>
      </w:rPr>
      <w:tblPr/>
      <w:tcPr>
        <w:tcBorders>
          <w:top w:val="single" w:sz="12" w:space="0" w:color="222222" w:themeColor="text1"/>
          <w:left w:val="nil"/>
          <w:bottom w:val="nil"/>
          <w:right w:val="nil"/>
          <w:insideH w:val="nil"/>
          <w:insideV w:val="nil"/>
        </w:tcBorders>
        <w:shd w:val="clear" w:color="auto" w:fill="FFFFFF" w:themeFill="background1"/>
      </w:tcPr>
    </w:tblStylePr>
    <w:tblStylePr w:type="firstCol">
      <w:rPr>
        <w:b/>
        <w:bCs/>
        <w:color w:val="22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22222" w:themeColor="text1"/>
      </w:rPr>
      <w:tblPr/>
      <w:tcPr>
        <w:tcBorders>
          <w:top w:val="nil"/>
          <w:left w:val="nil"/>
          <w:bottom w:val="nil"/>
          <w:right w:val="nil"/>
          <w:insideH w:val="nil"/>
          <w:insideV w:val="nil"/>
        </w:tcBorders>
        <w:shd w:val="clear" w:color="auto" w:fill="EEE3CF" w:themeFill="accent4" w:themeFillTint="33"/>
      </w:tcPr>
    </w:tblStylePr>
    <w:tblStylePr w:type="band1Vert">
      <w:tblPr/>
      <w:tcPr>
        <w:shd w:val="clear" w:color="auto" w:fill="D5BB88" w:themeFill="accent4" w:themeFillTint="7F"/>
      </w:tcPr>
    </w:tblStylePr>
    <w:tblStylePr w:type="band1Horz">
      <w:tblPr/>
      <w:tcPr>
        <w:tcBorders>
          <w:insideH w:val="single" w:sz="6" w:space="0" w:color="8C6D31" w:themeColor="accent4"/>
          <w:insideV w:val="single" w:sz="6" w:space="0" w:color="8C6D31" w:themeColor="accent4"/>
        </w:tcBorders>
        <w:shd w:val="clear" w:color="auto" w:fill="D5BB88"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locked/>
    <w:rsid w:val="00CB0664"/>
    <w:pPr>
      <w:spacing w:after="0" w:line="240" w:lineRule="auto"/>
    </w:pPr>
    <w:rPr>
      <w:rFonts w:asciiTheme="majorHAnsi" w:eastAsiaTheme="majorEastAsia" w:hAnsiTheme="majorHAnsi" w:cstheme="majorBidi"/>
      <w:color w:val="222222" w:themeColor="text1"/>
    </w:rPr>
    <w:tblPr>
      <w:tblStyleRowBandSize w:val="1"/>
      <w:tblStyleColBandSize w:val="1"/>
      <w:tblBorders>
        <w:top w:val="single" w:sz="8" w:space="0" w:color="6E8AA6" w:themeColor="accent5"/>
        <w:left w:val="single" w:sz="8" w:space="0" w:color="6E8AA6" w:themeColor="accent5"/>
        <w:bottom w:val="single" w:sz="8" w:space="0" w:color="6E8AA6" w:themeColor="accent5"/>
        <w:right w:val="single" w:sz="8" w:space="0" w:color="6E8AA6" w:themeColor="accent5"/>
        <w:insideH w:val="single" w:sz="8" w:space="0" w:color="6E8AA6" w:themeColor="accent5"/>
        <w:insideV w:val="single" w:sz="8" w:space="0" w:color="6E8AA6" w:themeColor="accent5"/>
      </w:tblBorders>
    </w:tblPr>
    <w:tcPr>
      <w:shd w:val="clear" w:color="auto" w:fill="DBE1E9" w:themeFill="accent5" w:themeFillTint="3F"/>
    </w:tcPr>
    <w:tblStylePr w:type="firstRow">
      <w:rPr>
        <w:b/>
        <w:bCs/>
        <w:color w:val="222222" w:themeColor="text1"/>
      </w:rPr>
      <w:tblPr/>
      <w:tcPr>
        <w:shd w:val="clear" w:color="auto" w:fill="F0F3F6" w:themeFill="accent5" w:themeFillTint="19"/>
      </w:tcPr>
    </w:tblStylePr>
    <w:tblStylePr w:type="lastRow">
      <w:rPr>
        <w:b/>
        <w:bCs/>
        <w:color w:val="222222" w:themeColor="text1"/>
      </w:rPr>
      <w:tblPr/>
      <w:tcPr>
        <w:tcBorders>
          <w:top w:val="single" w:sz="12" w:space="0" w:color="222222" w:themeColor="text1"/>
          <w:left w:val="nil"/>
          <w:bottom w:val="nil"/>
          <w:right w:val="nil"/>
          <w:insideH w:val="nil"/>
          <w:insideV w:val="nil"/>
        </w:tcBorders>
        <w:shd w:val="clear" w:color="auto" w:fill="FFFFFF" w:themeFill="background1"/>
      </w:tcPr>
    </w:tblStylePr>
    <w:tblStylePr w:type="firstCol">
      <w:rPr>
        <w:b/>
        <w:bCs/>
        <w:color w:val="22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22222" w:themeColor="text1"/>
      </w:rPr>
      <w:tblPr/>
      <w:tcPr>
        <w:tcBorders>
          <w:top w:val="nil"/>
          <w:left w:val="nil"/>
          <w:bottom w:val="nil"/>
          <w:right w:val="nil"/>
          <w:insideH w:val="nil"/>
          <w:insideV w:val="nil"/>
        </w:tcBorders>
        <w:shd w:val="clear" w:color="auto" w:fill="E1E7ED" w:themeFill="accent5" w:themeFillTint="33"/>
      </w:tcPr>
    </w:tblStylePr>
    <w:tblStylePr w:type="band1Vert">
      <w:tblPr/>
      <w:tcPr>
        <w:shd w:val="clear" w:color="auto" w:fill="B6C4D2" w:themeFill="accent5" w:themeFillTint="7F"/>
      </w:tcPr>
    </w:tblStylePr>
    <w:tblStylePr w:type="band1Horz">
      <w:tblPr/>
      <w:tcPr>
        <w:tcBorders>
          <w:insideH w:val="single" w:sz="6" w:space="0" w:color="6E8AA6" w:themeColor="accent5"/>
          <w:insideV w:val="single" w:sz="6" w:space="0" w:color="6E8AA6" w:themeColor="accent5"/>
        </w:tcBorders>
        <w:shd w:val="clear" w:color="auto" w:fill="B6C4D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locked/>
    <w:rsid w:val="00CB0664"/>
    <w:pPr>
      <w:spacing w:after="0" w:line="240" w:lineRule="auto"/>
    </w:pPr>
    <w:rPr>
      <w:rFonts w:asciiTheme="majorHAnsi" w:eastAsiaTheme="majorEastAsia" w:hAnsiTheme="majorHAnsi" w:cstheme="majorBidi"/>
      <w:color w:val="222222" w:themeColor="text1"/>
    </w:rPr>
    <w:tblPr>
      <w:tblStyleRowBandSize w:val="1"/>
      <w:tblStyleColBandSize w:val="1"/>
      <w:tblBorders>
        <w:top w:val="single" w:sz="8" w:space="0" w:color="9B7B8B" w:themeColor="accent6"/>
        <w:left w:val="single" w:sz="8" w:space="0" w:color="9B7B8B" w:themeColor="accent6"/>
        <w:bottom w:val="single" w:sz="8" w:space="0" w:color="9B7B8B" w:themeColor="accent6"/>
        <w:right w:val="single" w:sz="8" w:space="0" w:color="9B7B8B" w:themeColor="accent6"/>
        <w:insideH w:val="single" w:sz="8" w:space="0" w:color="9B7B8B" w:themeColor="accent6"/>
        <w:insideV w:val="single" w:sz="8" w:space="0" w:color="9B7B8B" w:themeColor="accent6"/>
      </w:tblBorders>
    </w:tblPr>
    <w:tcPr>
      <w:shd w:val="clear" w:color="auto" w:fill="E6DEE2" w:themeFill="accent6" w:themeFillTint="3F"/>
    </w:tcPr>
    <w:tblStylePr w:type="firstRow">
      <w:rPr>
        <w:b/>
        <w:bCs/>
        <w:color w:val="222222" w:themeColor="text1"/>
      </w:rPr>
      <w:tblPr/>
      <w:tcPr>
        <w:shd w:val="clear" w:color="auto" w:fill="F5F1F3" w:themeFill="accent6" w:themeFillTint="19"/>
      </w:tcPr>
    </w:tblStylePr>
    <w:tblStylePr w:type="lastRow">
      <w:rPr>
        <w:b/>
        <w:bCs/>
        <w:color w:val="222222" w:themeColor="text1"/>
      </w:rPr>
      <w:tblPr/>
      <w:tcPr>
        <w:tcBorders>
          <w:top w:val="single" w:sz="12" w:space="0" w:color="222222" w:themeColor="text1"/>
          <w:left w:val="nil"/>
          <w:bottom w:val="nil"/>
          <w:right w:val="nil"/>
          <w:insideH w:val="nil"/>
          <w:insideV w:val="nil"/>
        </w:tcBorders>
        <w:shd w:val="clear" w:color="auto" w:fill="FFFFFF" w:themeFill="background1"/>
      </w:tcPr>
    </w:tblStylePr>
    <w:tblStylePr w:type="firstCol">
      <w:rPr>
        <w:b/>
        <w:bCs/>
        <w:color w:val="22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22222" w:themeColor="text1"/>
      </w:rPr>
      <w:tblPr/>
      <w:tcPr>
        <w:tcBorders>
          <w:top w:val="nil"/>
          <w:left w:val="nil"/>
          <w:bottom w:val="nil"/>
          <w:right w:val="nil"/>
          <w:insideH w:val="nil"/>
          <w:insideV w:val="nil"/>
        </w:tcBorders>
        <w:shd w:val="clear" w:color="auto" w:fill="EBE4E7" w:themeFill="accent6" w:themeFillTint="33"/>
      </w:tcPr>
    </w:tblStylePr>
    <w:tblStylePr w:type="band1Vert">
      <w:tblPr/>
      <w:tcPr>
        <w:shd w:val="clear" w:color="auto" w:fill="CDBDC5" w:themeFill="accent6" w:themeFillTint="7F"/>
      </w:tcPr>
    </w:tblStylePr>
    <w:tblStylePr w:type="band1Horz">
      <w:tblPr/>
      <w:tcPr>
        <w:tcBorders>
          <w:insideH w:val="single" w:sz="6" w:space="0" w:color="9B7B8B" w:themeColor="accent6"/>
          <w:insideV w:val="single" w:sz="6" w:space="0" w:color="9B7B8B" w:themeColor="accent6"/>
        </w:tcBorders>
        <w:shd w:val="clear" w:color="auto" w:fill="CDBDC5"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locked/>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8C8C8"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2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2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2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2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0909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09090" w:themeFill="text1" w:themeFillTint="7F"/>
      </w:tcPr>
    </w:tblStylePr>
  </w:style>
  <w:style w:type="table" w:styleId="Grillemoyenne3-Accent1">
    <w:name w:val="Medium Grid 3 Accent 1"/>
    <w:basedOn w:val="TableauNormal"/>
    <w:uiPriority w:val="69"/>
    <w:semiHidden/>
    <w:locked/>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2F3B3"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B891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B891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B891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B891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6E76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6E766" w:themeFill="accent1" w:themeFillTint="7F"/>
      </w:tcPr>
    </w:tblStylePr>
  </w:style>
  <w:style w:type="table" w:styleId="Grillemoyenne3-Accent2">
    <w:name w:val="Medium Grid 3 Accent 2"/>
    <w:basedOn w:val="TableauNormal"/>
    <w:uiPriority w:val="69"/>
    <w:semiHidden/>
    <w:locked/>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2" w:themeFillTint="7F"/>
      </w:tcPr>
    </w:tblStylePr>
  </w:style>
  <w:style w:type="table" w:styleId="Grillemoyenne3-Accent3">
    <w:name w:val="Medium Grid 3 Accent 3"/>
    <w:basedOn w:val="TableauNormal"/>
    <w:uiPriority w:val="69"/>
    <w:semiHidden/>
    <w:locked/>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EDD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8B87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8B87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8B87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8B87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3DBB7"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3DBB7" w:themeFill="accent3" w:themeFillTint="7F"/>
      </w:tcPr>
    </w:tblStylePr>
  </w:style>
  <w:style w:type="table" w:styleId="Grillemoyenne3-Accent4">
    <w:name w:val="Medium Grid 3 Accent 4"/>
    <w:basedOn w:val="TableauNormal"/>
    <w:uiPriority w:val="69"/>
    <w:semiHidden/>
    <w:locked/>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DDC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C6D31"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C6D31"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C6D31"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C6D31"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5BB88"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5BB88" w:themeFill="accent4" w:themeFillTint="7F"/>
      </w:tcPr>
    </w:tblStylePr>
  </w:style>
  <w:style w:type="table" w:styleId="Grillemoyenne3-Accent5">
    <w:name w:val="Medium Grid 3 Accent 5"/>
    <w:basedOn w:val="TableauNormal"/>
    <w:uiPriority w:val="69"/>
    <w:semiHidden/>
    <w:locked/>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1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E8AA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E8AA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E8AA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E8AA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6C4D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6C4D2" w:themeFill="accent5" w:themeFillTint="7F"/>
      </w:tcPr>
    </w:tblStylePr>
  </w:style>
  <w:style w:type="table" w:styleId="Grillemoyenne3-Accent6">
    <w:name w:val="Medium Grid 3 Accent 6"/>
    <w:basedOn w:val="TableauNormal"/>
    <w:uiPriority w:val="69"/>
    <w:semiHidden/>
    <w:locked/>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DEE2"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7B8B"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7B8B"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7B8B"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7B8B"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BDC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BDC5" w:themeFill="accent6" w:themeFillTint="7F"/>
      </w:tcPr>
    </w:tblStylePr>
  </w:style>
  <w:style w:type="table" w:styleId="Listefonce">
    <w:name w:val="Dark List"/>
    <w:basedOn w:val="TableauNormal"/>
    <w:uiPriority w:val="70"/>
    <w:semiHidden/>
    <w:locked/>
    <w:rsid w:val="00CB0664"/>
    <w:pPr>
      <w:spacing w:after="0" w:line="240" w:lineRule="auto"/>
    </w:pPr>
    <w:rPr>
      <w:color w:val="FFFFFF" w:themeColor="background1"/>
    </w:rPr>
    <w:tblPr>
      <w:tblStyleRowBandSize w:val="1"/>
      <w:tblStyleColBandSize w:val="1"/>
    </w:tblPr>
    <w:tcPr>
      <w:shd w:val="clear" w:color="auto" w:fill="22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22222" w:themeFill="text1"/>
      </w:tcPr>
    </w:tblStylePr>
    <w:tblStylePr w:type="lastRow">
      <w:tblPr/>
      <w:tcPr>
        <w:tcBorders>
          <w:top w:val="single" w:sz="18" w:space="0" w:color="FFFFFF" w:themeColor="background1"/>
          <w:left w:val="nil"/>
          <w:bottom w:val="nil"/>
          <w:right w:val="nil"/>
          <w:insideH w:val="nil"/>
          <w:insideV w:val="nil"/>
        </w:tcBorders>
        <w:shd w:val="clear" w:color="auto" w:fill="10101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9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91919" w:themeFill="text1" w:themeFillShade="BF"/>
      </w:tcPr>
    </w:tblStylePr>
    <w:tblStylePr w:type="band1Vert">
      <w:tblPr/>
      <w:tcPr>
        <w:tcBorders>
          <w:top w:val="nil"/>
          <w:left w:val="nil"/>
          <w:bottom w:val="nil"/>
          <w:right w:val="nil"/>
          <w:insideH w:val="nil"/>
          <w:insideV w:val="nil"/>
        </w:tcBorders>
        <w:shd w:val="clear" w:color="auto" w:fill="191919" w:themeFill="text1" w:themeFillShade="BF"/>
      </w:tcPr>
    </w:tblStylePr>
    <w:tblStylePr w:type="band1Horz">
      <w:tblPr/>
      <w:tcPr>
        <w:tcBorders>
          <w:top w:val="nil"/>
          <w:left w:val="nil"/>
          <w:bottom w:val="nil"/>
          <w:right w:val="nil"/>
          <w:insideH w:val="nil"/>
          <w:insideV w:val="nil"/>
        </w:tcBorders>
        <w:shd w:val="clear" w:color="auto" w:fill="191919" w:themeFill="text1" w:themeFillShade="BF"/>
      </w:tcPr>
    </w:tblStylePr>
  </w:style>
  <w:style w:type="table" w:styleId="Listefonce-Accent1">
    <w:name w:val="Dark List Accent 1"/>
    <w:basedOn w:val="TableauNormal"/>
    <w:uiPriority w:val="70"/>
    <w:semiHidden/>
    <w:locked/>
    <w:rsid w:val="00CB0664"/>
    <w:pPr>
      <w:spacing w:after="0" w:line="240" w:lineRule="auto"/>
    </w:pPr>
    <w:rPr>
      <w:color w:val="FFFFFF" w:themeColor="background1"/>
    </w:rPr>
    <w:tblPr>
      <w:tblStyleRowBandSize w:val="1"/>
      <w:tblStyleColBandSize w:val="1"/>
    </w:tblPr>
    <w:tcPr>
      <w:shd w:val="clear" w:color="auto" w:fill="6B891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22222" w:themeFill="text1"/>
      </w:tcPr>
    </w:tblStylePr>
    <w:tblStylePr w:type="lastRow">
      <w:tblPr/>
      <w:tcPr>
        <w:tcBorders>
          <w:top w:val="single" w:sz="18" w:space="0" w:color="FFFFFF" w:themeColor="background1"/>
          <w:left w:val="nil"/>
          <w:bottom w:val="nil"/>
          <w:right w:val="nil"/>
          <w:insideH w:val="nil"/>
          <w:insideV w:val="nil"/>
        </w:tcBorders>
        <w:shd w:val="clear" w:color="auto" w:fill="35440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0660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0660F" w:themeFill="accent1" w:themeFillShade="BF"/>
      </w:tcPr>
    </w:tblStylePr>
    <w:tblStylePr w:type="band1Vert">
      <w:tblPr/>
      <w:tcPr>
        <w:tcBorders>
          <w:top w:val="nil"/>
          <w:left w:val="nil"/>
          <w:bottom w:val="nil"/>
          <w:right w:val="nil"/>
          <w:insideH w:val="nil"/>
          <w:insideV w:val="nil"/>
        </w:tcBorders>
        <w:shd w:val="clear" w:color="auto" w:fill="50660F" w:themeFill="accent1" w:themeFillShade="BF"/>
      </w:tcPr>
    </w:tblStylePr>
    <w:tblStylePr w:type="band1Horz">
      <w:tblPr/>
      <w:tcPr>
        <w:tcBorders>
          <w:top w:val="nil"/>
          <w:left w:val="nil"/>
          <w:bottom w:val="nil"/>
          <w:right w:val="nil"/>
          <w:insideH w:val="nil"/>
          <w:insideV w:val="nil"/>
        </w:tcBorders>
        <w:shd w:val="clear" w:color="auto" w:fill="50660F" w:themeFill="accent1" w:themeFillShade="BF"/>
      </w:tcPr>
    </w:tblStylePr>
  </w:style>
  <w:style w:type="table" w:styleId="Listefonce-Accent2">
    <w:name w:val="Dark List Accent 2"/>
    <w:basedOn w:val="TableauNormal"/>
    <w:uiPriority w:val="70"/>
    <w:semiHidden/>
    <w:locked/>
    <w:rsid w:val="00CB0664"/>
    <w:pPr>
      <w:spacing w:after="0" w:line="240" w:lineRule="auto"/>
    </w:pPr>
    <w:rPr>
      <w:color w:val="FFFFFF" w:themeColor="background1"/>
    </w:rPr>
    <w:tblPr>
      <w:tblStyleRowBandSize w:val="1"/>
      <w:tblStyleColBandSize w:val="1"/>
    </w:tblPr>
    <w:tcPr>
      <w:shd w:val="clear" w:color="auto" w:fill="4D4D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22222"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2" w:themeFillShade="BF"/>
      </w:tcPr>
    </w:tblStylePr>
    <w:tblStylePr w:type="band1Vert">
      <w:tblPr/>
      <w:tcPr>
        <w:tcBorders>
          <w:top w:val="nil"/>
          <w:left w:val="nil"/>
          <w:bottom w:val="nil"/>
          <w:right w:val="nil"/>
          <w:insideH w:val="nil"/>
          <w:insideV w:val="nil"/>
        </w:tcBorders>
        <w:shd w:val="clear" w:color="auto" w:fill="393939" w:themeFill="accent2" w:themeFillShade="BF"/>
      </w:tcPr>
    </w:tblStylePr>
    <w:tblStylePr w:type="band1Horz">
      <w:tblPr/>
      <w:tcPr>
        <w:tcBorders>
          <w:top w:val="nil"/>
          <w:left w:val="nil"/>
          <w:bottom w:val="nil"/>
          <w:right w:val="nil"/>
          <w:insideH w:val="nil"/>
          <w:insideV w:val="nil"/>
        </w:tcBorders>
        <w:shd w:val="clear" w:color="auto" w:fill="393939" w:themeFill="accent2" w:themeFillShade="BF"/>
      </w:tcPr>
    </w:tblStylePr>
  </w:style>
  <w:style w:type="table" w:styleId="Listefonce-Accent3">
    <w:name w:val="Dark List Accent 3"/>
    <w:basedOn w:val="TableauNormal"/>
    <w:uiPriority w:val="70"/>
    <w:semiHidden/>
    <w:locked/>
    <w:rsid w:val="00CB0664"/>
    <w:pPr>
      <w:spacing w:after="0" w:line="240" w:lineRule="auto"/>
    </w:pPr>
    <w:rPr>
      <w:color w:val="FFFFFF" w:themeColor="background1"/>
    </w:rPr>
    <w:tblPr>
      <w:tblStyleRowBandSize w:val="1"/>
      <w:tblStyleColBandSize w:val="1"/>
    </w:tblPr>
    <w:tcPr>
      <w:shd w:val="clear" w:color="auto" w:fill="A8B87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22222" w:themeFill="text1"/>
      </w:tcPr>
    </w:tblStylePr>
    <w:tblStylePr w:type="lastRow">
      <w:tblPr/>
      <w:tcPr>
        <w:tcBorders>
          <w:top w:val="single" w:sz="18" w:space="0" w:color="FFFFFF" w:themeColor="background1"/>
          <w:left w:val="nil"/>
          <w:bottom w:val="nil"/>
          <w:right w:val="nil"/>
          <w:insideH w:val="nil"/>
          <w:insideV w:val="nil"/>
        </w:tcBorders>
        <w:shd w:val="clear" w:color="auto" w:fill="57623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3944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39449" w:themeFill="accent3" w:themeFillShade="BF"/>
      </w:tcPr>
    </w:tblStylePr>
    <w:tblStylePr w:type="band1Vert">
      <w:tblPr/>
      <w:tcPr>
        <w:tcBorders>
          <w:top w:val="nil"/>
          <w:left w:val="nil"/>
          <w:bottom w:val="nil"/>
          <w:right w:val="nil"/>
          <w:insideH w:val="nil"/>
          <w:insideV w:val="nil"/>
        </w:tcBorders>
        <w:shd w:val="clear" w:color="auto" w:fill="839449" w:themeFill="accent3" w:themeFillShade="BF"/>
      </w:tcPr>
    </w:tblStylePr>
    <w:tblStylePr w:type="band1Horz">
      <w:tblPr/>
      <w:tcPr>
        <w:tcBorders>
          <w:top w:val="nil"/>
          <w:left w:val="nil"/>
          <w:bottom w:val="nil"/>
          <w:right w:val="nil"/>
          <w:insideH w:val="nil"/>
          <w:insideV w:val="nil"/>
        </w:tcBorders>
        <w:shd w:val="clear" w:color="auto" w:fill="839449" w:themeFill="accent3" w:themeFillShade="BF"/>
      </w:tcPr>
    </w:tblStylePr>
  </w:style>
  <w:style w:type="table" w:styleId="Listefonce-Accent4">
    <w:name w:val="Dark List Accent 4"/>
    <w:basedOn w:val="TableauNormal"/>
    <w:uiPriority w:val="70"/>
    <w:semiHidden/>
    <w:locked/>
    <w:rsid w:val="00CB0664"/>
    <w:pPr>
      <w:spacing w:after="0" w:line="240" w:lineRule="auto"/>
    </w:pPr>
    <w:rPr>
      <w:color w:val="FFFFFF" w:themeColor="background1"/>
    </w:rPr>
    <w:tblPr>
      <w:tblStyleRowBandSize w:val="1"/>
      <w:tblStyleColBandSize w:val="1"/>
    </w:tblPr>
    <w:tcPr>
      <w:shd w:val="clear" w:color="auto" w:fill="8C6D31"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22222" w:themeFill="text1"/>
      </w:tcPr>
    </w:tblStylePr>
    <w:tblStylePr w:type="lastRow">
      <w:tblPr/>
      <w:tcPr>
        <w:tcBorders>
          <w:top w:val="single" w:sz="18" w:space="0" w:color="FFFFFF" w:themeColor="background1"/>
          <w:left w:val="nil"/>
          <w:bottom w:val="nil"/>
          <w:right w:val="nil"/>
          <w:insideH w:val="nil"/>
          <w:insideV w:val="nil"/>
        </w:tcBorders>
        <w:shd w:val="clear" w:color="auto" w:fill="453618"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8512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85124" w:themeFill="accent4" w:themeFillShade="BF"/>
      </w:tcPr>
    </w:tblStylePr>
    <w:tblStylePr w:type="band1Vert">
      <w:tblPr/>
      <w:tcPr>
        <w:tcBorders>
          <w:top w:val="nil"/>
          <w:left w:val="nil"/>
          <w:bottom w:val="nil"/>
          <w:right w:val="nil"/>
          <w:insideH w:val="nil"/>
          <w:insideV w:val="nil"/>
        </w:tcBorders>
        <w:shd w:val="clear" w:color="auto" w:fill="685124" w:themeFill="accent4" w:themeFillShade="BF"/>
      </w:tcPr>
    </w:tblStylePr>
    <w:tblStylePr w:type="band1Horz">
      <w:tblPr/>
      <w:tcPr>
        <w:tcBorders>
          <w:top w:val="nil"/>
          <w:left w:val="nil"/>
          <w:bottom w:val="nil"/>
          <w:right w:val="nil"/>
          <w:insideH w:val="nil"/>
          <w:insideV w:val="nil"/>
        </w:tcBorders>
        <w:shd w:val="clear" w:color="auto" w:fill="685124" w:themeFill="accent4" w:themeFillShade="BF"/>
      </w:tcPr>
    </w:tblStylePr>
  </w:style>
  <w:style w:type="table" w:styleId="Listefonce-Accent5">
    <w:name w:val="Dark List Accent 5"/>
    <w:basedOn w:val="TableauNormal"/>
    <w:uiPriority w:val="70"/>
    <w:semiHidden/>
    <w:locked/>
    <w:rsid w:val="00CB0664"/>
    <w:pPr>
      <w:spacing w:after="0" w:line="240" w:lineRule="auto"/>
    </w:pPr>
    <w:rPr>
      <w:color w:val="FFFFFF" w:themeColor="background1"/>
    </w:rPr>
    <w:tblPr>
      <w:tblStyleRowBandSize w:val="1"/>
      <w:tblStyleColBandSize w:val="1"/>
    </w:tblPr>
    <w:tcPr>
      <w:shd w:val="clear" w:color="auto" w:fill="6E8AA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22222" w:themeFill="text1"/>
      </w:tcPr>
    </w:tblStylePr>
    <w:tblStylePr w:type="lastRow">
      <w:tblPr/>
      <w:tcPr>
        <w:tcBorders>
          <w:top w:val="single" w:sz="18" w:space="0" w:color="FFFFFF" w:themeColor="background1"/>
          <w:left w:val="nil"/>
          <w:bottom w:val="nil"/>
          <w:right w:val="nil"/>
          <w:insideH w:val="nil"/>
          <w:insideV w:val="nil"/>
        </w:tcBorders>
        <w:shd w:val="clear" w:color="auto" w:fill="34445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E678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E6780" w:themeFill="accent5" w:themeFillShade="BF"/>
      </w:tcPr>
    </w:tblStylePr>
    <w:tblStylePr w:type="band1Vert">
      <w:tblPr/>
      <w:tcPr>
        <w:tcBorders>
          <w:top w:val="nil"/>
          <w:left w:val="nil"/>
          <w:bottom w:val="nil"/>
          <w:right w:val="nil"/>
          <w:insideH w:val="nil"/>
          <w:insideV w:val="nil"/>
        </w:tcBorders>
        <w:shd w:val="clear" w:color="auto" w:fill="4E6780" w:themeFill="accent5" w:themeFillShade="BF"/>
      </w:tcPr>
    </w:tblStylePr>
    <w:tblStylePr w:type="band1Horz">
      <w:tblPr/>
      <w:tcPr>
        <w:tcBorders>
          <w:top w:val="nil"/>
          <w:left w:val="nil"/>
          <w:bottom w:val="nil"/>
          <w:right w:val="nil"/>
          <w:insideH w:val="nil"/>
          <w:insideV w:val="nil"/>
        </w:tcBorders>
        <w:shd w:val="clear" w:color="auto" w:fill="4E6780" w:themeFill="accent5" w:themeFillShade="BF"/>
      </w:tcPr>
    </w:tblStylePr>
  </w:style>
  <w:style w:type="table" w:styleId="Listefonce-Accent6">
    <w:name w:val="Dark List Accent 6"/>
    <w:basedOn w:val="TableauNormal"/>
    <w:uiPriority w:val="70"/>
    <w:semiHidden/>
    <w:locked/>
    <w:rsid w:val="00CB0664"/>
    <w:pPr>
      <w:spacing w:after="0" w:line="240" w:lineRule="auto"/>
    </w:pPr>
    <w:rPr>
      <w:color w:val="FFFFFF" w:themeColor="background1"/>
    </w:rPr>
    <w:tblPr>
      <w:tblStyleRowBandSize w:val="1"/>
      <w:tblStyleColBandSize w:val="1"/>
    </w:tblPr>
    <w:tcPr>
      <w:shd w:val="clear" w:color="auto" w:fill="9B7B8B"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22222" w:themeFill="text1"/>
      </w:tcPr>
    </w:tblStylePr>
    <w:tblStylePr w:type="lastRow">
      <w:tblPr/>
      <w:tcPr>
        <w:tcBorders>
          <w:top w:val="single" w:sz="18" w:space="0" w:color="FFFFFF" w:themeColor="background1"/>
          <w:left w:val="nil"/>
          <w:bottom w:val="nil"/>
          <w:right w:val="nil"/>
          <w:insideH w:val="nil"/>
          <w:insideV w:val="nil"/>
        </w:tcBorders>
        <w:shd w:val="clear" w:color="auto" w:fill="4E3B45"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6596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65967" w:themeFill="accent6" w:themeFillShade="BF"/>
      </w:tcPr>
    </w:tblStylePr>
    <w:tblStylePr w:type="band1Vert">
      <w:tblPr/>
      <w:tcPr>
        <w:tcBorders>
          <w:top w:val="nil"/>
          <w:left w:val="nil"/>
          <w:bottom w:val="nil"/>
          <w:right w:val="nil"/>
          <w:insideH w:val="nil"/>
          <w:insideV w:val="nil"/>
        </w:tcBorders>
        <w:shd w:val="clear" w:color="auto" w:fill="765967" w:themeFill="accent6" w:themeFillShade="BF"/>
      </w:tcPr>
    </w:tblStylePr>
    <w:tblStylePr w:type="band1Horz">
      <w:tblPr/>
      <w:tcPr>
        <w:tcBorders>
          <w:top w:val="nil"/>
          <w:left w:val="nil"/>
          <w:bottom w:val="nil"/>
          <w:right w:val="nil"/>
          <w:insideH w:val="nil"/>
          <w:insideV w:val="nil"/>
        </w:tcBorders>
        <w:shd w:val="clear" w:color="auto" w:fill="765967" w:themeFill="accent6" w:themeFillShade="BF"/>
      </w:tcPr>
    </w:tblStylePr>
  </w:style>
  <w:style w:type="table" w:styleId="Tramecouleur">
    <w:name w:val="Colorful Shading"/>
    <w:basedOn w:val="TableauNormal"/>
    <w:uiPriority w:val="71"/>
    <w:semiHidden/>
    <w:locked/>
    <w:rsid w:val="00CB0664"/>
    <w:pPr>
      <w:spacing w:after="0" w:line="240" w:lineRule="auto"/>
    </w:pPr>
    <w:rPr>
      <w:color w:val="222222" w:themeColor="text1"/>
    </w:rPr>
    <w:tblPr>
      <w:tblStyleRowBandSize w:val="1"/>
      <w:tblStyleColBandSize w:val="1"/>
      <w:tblBorders>
        <w:top w:val="single" w:sz="24" w:space="0" w:color="4D4D4D" w:themeColor="accent2"/>
        <w:left w:val="single" w:sz="4" w:space="0" w:color="222222" w:themeColor="text1"/>
        <w:bottom w:val="single" w:sz="4" w:space="0" w:color="222222" w:themeColor="text1"/>
        <w:right w:val="single" w:sz="4" w:space="0" w:color="22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4D4D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91919" w:themeFill="text1" w:themeFillShade="BF"/>
      </w:tcPr>
    </w:tblStylePr>
    <w:tblStylePr w:type="band1Vert">
      <w:tblPr/>
      <w:tcPr>
        <w:shd w:val="clear" w:color="auto" w:fill="A6A6A6" w:themeFill="text1" w:themeFillTint="66"/>
      </w:tcPr>
    </w:tblStylePr>
    <w:tblStylePr w:type="band1Horz">
      <w:tblPr/>
      <w:tcPr>
        <w:shd w:val="clear" w:color="auto" w:fill="909090" w:themeFill="text1" w:themeFillTint="7F"/>
      </w:tcPr>
    </w:tblStylePr>
    <w:tblStylePr w:type="neCell">
      <w:rPr>
        <w:color w:val="222222" w:themeColor="text1"/>
      </w:rPr>
    </w:tblStylePr>
    <w:tblStylePr w:type="nwCell">
      <w:rPr>
        <w:color w:val="222222" w:themeColor="text1"/>
      </w:rPr>
    </w:tblStylePr>
  </w:style>
  <w:style w:type="table" w:styleId="Tramecouleur-Accent1">
    <w:name w:val="Colorful Shading Accent 1"/>
    <w:basedOn w:val="TableauNormal"/>
    <w:uiPriority w:val="71"/>
    <w:semiHidden/>
    <w:locked/>
    <w:rsid w:val="00CB0664"/>
    <w:pPr>
      <w:spacing w:after="0" w:line="240" w:lineRule="auto"/>
    </w:pPr>
    <w:rPr>
      <w:color w:val="222222" w:themeColor="text1"/>
    </w:rPr>
    <w:tblPr>
      <w:tblStyleRowBandSize w:val="1"/>
      <w:tblStyleColBandSize w:val="1"/>
      <w:tblBorders>
        <w:top w:val="single" w:sz="24" w:space="0" w:color="4D4D4D" w:themeColor="accent2"/>
        <w:left w:val="single" w:sz="4" w:space="0" w:color="6B8915" w:themeColor="accent1"/>
        <w:bottom w:val="single" w:sz="4" w:space="0" w:color="6B8915" w:themeColor="accent1"/>
        <w:right w:val="single" w:sz="4" w:space="0" w:color="6B8915" w:themeColor="accent1"/>
        <w:insideH w:val="single" w:sz="4" w:space="0" w:color="FFFFFF" w:themeColor="background1"/>
        <w:insideV w:val="single" w:sz="4" w:space="0" w:color="FFFFFF" w:themeColor="background1"/>
      </w:tblBorders>
    </w:tblPr>
    <w:tcPr>
      <w:shd w:val="clear" w:color="auto" w:fill="F3FAE0" w:themeFill="accent1" w:themeFillTint="19"/>
    </w:tcPr>
    <w:tblStylePr w:type="firstRow">
      <w:rPr>
        <w:b/>
        <w:bCs/>
      </w:rPr>
      <w:tblPr/>
      <w:tcPr>
        <w:tcBorders>
          <w:top w:val="nil"/>
          <w:left w:val="nil"/>
          <w:bottom w:val="single" w:sz="24" w:space="0" w:color="4D4D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0520C" w:themeFill="accent1" w:themeFillShade="99"/>
      </w:tcPr>
    </w:tblStylePr>
    <w:tblStylePr w:type="firstCol">
      <w:rPr>
        <w:color w:val="FFFFFF" w:themeColor="background1"/>
      </w:rPr>
      <w:tblPr/>
      <w:tcPr>
        <w:tcBorders>
          <w:top w:val="nil"/>
          <w:left w:val="nil"/>
          <w:bottom w:val="nil"/>
          <w:right w:val="nil"/>
          <w:insideH w:val="single" w:sz="4" w:space="0" w:color="40520C" w:themeColor="accent1" w:themeShade="99"/>
          <w:insideV w:val="nil"/>
        </w:tcBorders>
        <w:shd w:val="clear" w:color="auto" w:fill="40520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0520C" w:themeFill="accent1" w:themeFillShade="99"/>
      </w:tcPr>
    </w:tblStylePr>
    <w:tblStylePr w:type="band1Vert">
      <w:tblPr/>
      <w:tcPr>
        <w:shd w:val="clear" w:color="auto" w:fill="D1EC84" w:themeFill="accent1" w:themeFillTint="66"/>
      </w:tcPr>
    </w:tblStylePr>
    <w:tblStylePr w:type="band1Horz">
      <w:tblPr/>
      <w:tcPr>
        <w:shd w:val="clear" w:color="auto" w:fill="C6E766" w:themeFill="accent1" w:themeFillTint="7F"/>
      </w:tcPr>
    </w:tblStylePr>
    <w:tblStylePr w:type="neCell">
      <w:rPr>
        <w:color w:val="222222" w:themeColor="text1"/>
      </w:rPr>
    </w:tblStylePr>
    <w:tblStylePr w:type="nwCell">
      <w:rPr>
        <w:color w:val="222222" w:themeColor="text1"/>
      </w:rPr>
    </w:tblStylePr>
  </w:style>
  <w:style w:type="table" w:styleId="Tramecouleur-Accent2">
    <w:name w:val="Colorful Shading Accent 2"/>
    <w:basedOn w:val="TableauNormal"/>
    <w:uiPriority w:val="71"/>
    <w:semiHidden/>
    <w:locked/>
    <w:rsid w:val="00CB0664"/>
    <w:pPr>
      <w:spacing w:after="0" w:line="240" w:lineRule="auto"/>
    </w:pPr>
    <w:rPr>
      <w:color w:val="222222" w:themeColor="text1"/>
    </w:rPr>
    <w:tblPr>
      <w:tblStyleRowBandSize w:val="1"/>
      <w:tblStyleColBandSize w:val="1"/>
      <w:tblBorders>
        <w:top w:val="single" w:sz="24" w:space="0" w:color="4D4D4D" w:themeColor="accent2"/>
        <w:left w:val="single" w:sz="4" w:space="0" w:color="4D4D4D" w:themeColor="accent2"/>
        <w:bottom w:val="single" w:sz="4" w:space="0" w:color="4D4D4D" w:themeColor="accent2"/>
        <w:right w:val="single" w:sz="4" w:space="0" w:color="4D4D4D" w:themeColor="accent2"/>
        <w:insideH w:val="single" w:sz="4" w:space="0" w:color="FFFFFF" w:themeColor="background1"/>
        <w:insideV w:val="single" w:sz="4" w:space="0" w:color="FFFFFF" w:themeColor="background1"/>
      </w:tblBorders>
    </w:tblPr>
    <w:tcPr>
      <w:shd w:val="clear" w:color="auto" w:fill="EDEDED" w:themeFill="accent2" w:themeFillTint="19"/>
    </w:tcPr>
    <w:tblStylePr w:type="firstRow">
      <w:rPr>
        <w:b/>
        <w:bCs/>
      </w:rPr>
      <w:tblPr/>
      <w:tcPr>
        <w:tcBorders>
          <w:top w:val="nil"/>
          <w:left w:val="nil"/>
          <w:bottom w:val="single" w:sz="24" w:space="0" w:color="4D4D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2" w:themeFillShade="99"/>
      </w:tcPr>
    </w:tblStylePr>
    <w:tblStylePr w:type="firstCol">
      <w:rPr>
        <w:color w:val="FFFFFF" w:themeColor="background1"/>
      </w:rPr>
      <w:tblPr/>
      <w:tcPr>
        <w:tcBorders>
          <w:top w:val="nil"/>
          <w:left w:val="nil"/>
          <w:bottom w:val="nil"/>
          <w:right w:val="nil"/>
          <w:insideH w:val="single" w:sz="4" w:space="0" w:color="2E2E2E" w:themeColor="accent2" w:themeShade="99"/>
          <w:insideV w:val="nil"/>
        </w:tcBorders>
        <w:shd w:val="clear" w:color="auto" w:fill="2E2E2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2" w:themeFillShade="99"/>
      </w:tcPr>
    </w:tblStylePr>
    <w:tblStylePr w:type="band1Vert">
      <w:tblPr/>
      <w:tcPr>
        <w:shd w:val="clear" w:color="auto" w:fill="B7B7B7" w:themeFill="accent2" w:themeFillTint="66"/>
      </w:tcPr>
    </w:tblStylePr>
    <w:tblStylePr w:type="band1Horz">
      <w:tblPr/>
      <w:tcPr>
        <w:shd w:val="clear" w:color="auto" w:fill="A6A6A6" w:themeFill="accent2" w:themeFillTint="7F"/>
      </w:tcPr>
    </w:tblStylePr>
    <w:tblStylePr w:type="neCell">
      <w:rPr>
        <w:color w:val="222222" w:themeColor="text1"/>
      </w:rPr>
    </w:tblStylePr>
    <w:tblStylePr w:type="nwCell">
      <w:rPr>
        <w:color w:val="222222" w:themeColor="text1"/>
      </w:rPr>
    </w:tblStylePr>
  </w:style>
  <w:style w:type="table" w:styleId="Tramecouleur-Accent3">
    <w:name w:val="Colorful Shading Accent 3"/>
    <w:basedOn w:val="TableauNormal"/>
    <w:uiPriority w:val="71"/>
    <w:semiHidden/>
    <w:locked/>
    <w:rsid w:val="00CB0664"/>
    <w:pPr>
      <w:spacing w:after="0" w:line="240" w:lineRule="auto"/>
    </w:pPr>
    <w:rPr>
      <w:color w:val="222222" w:themeColor="text1"/>
    </w:rPr>
    <w:tblPr>
      <w:tblStyleRowBandSize w:val="1"/>
      <w:tblStyleColBandSize w:val="1"/>
      <w:tblBorders>
        <w:top w:val="single" w:sz="24" w:space="0" w:color="8C6D31" w:themeColor="accent4"/>
        <w:left w:val="single" w:sz="4" w:space="0" w:color="A8B870" w:themeColor="accent3"/>
        <w:bottom w:val="single" w:sz="4" w:space="0" w:color="A8B870" w:themeColor="accent3"/>
        <w:right w:val="single" w:sz="4" w:space="0" w:color="A8B870" w:themeColor="accent3"/>
        <w:insideH w:val="single" w:sz="4" w:space="0" w:color="FFFFFF" w:themeColor="background1"/>
        <w:insideV w:val="single" w:sz="4" w:space="0" w:color="FFFFFF" w:themeColor="background1"/>
      </w:tblBorders>
    </w:tblPr>
    <w:tcPr>
      <w:shd w:val="clear" w:color="auto" w:fill="F6F8F0" w:themeFill="accent3" w:themeFillTint="19"/>
    </w:tcPr>
    <w:tblStylePr w:type="firstRow">
      <w:rPr>
        <w:b/>
        <w:bCs/>
      </w:rPr>
      <w:tblPr/>
      <w:tcPr>
        <w:tcBorders>
          <w:top w:val="nil"/>
          <w:left w:val="nil"/>
          <w:bottom w:val="single" w:sz="24" w:space="0" w:color="8C6D31"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9763B" w:themeFill="accent3" w:themeFillShade="99"/>
      </w:tcPr>
    </w:tblStylePr>
    <w:tblStylePr w:type="firstCol">
      <w:rPr>
        <w:color w:val="FFFFFF" w:themeColor="background1"/>
      </w:rPr>
      <w:tblPr/>
      <w:tcPr>
        <w:tcBorders>
          <w:top w:val="nil"/>
          <w:left w:val="nil"/>
          <w:bottom w:val="nil"/>
          <w:right w:val="nil"/>
          <w:insideH w:val="single" w:sz="4" w:space="0" w:color="69763B" w:themeColor="accent3" w:themeShade="99"/>
          <w:insideV w:val="nil"/>
        </w:tcBorders>
        <w:shd w:val="clear" w:color="auto" w:fill="69763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9763B" w:themeFill="accent3" w:themeFillShade="99"/>
      </w:tcPr>
    </w:tblStylePr>
    <w:tblStylePr w:type="band1Vert">
      <w:tblPr/>
      <w:tcPr>
        <w:shd w:val="clear" w:color="auto" w:fill="DCE2C5" w:themeFill="accent3" w:themeFillTint="66"/>
      </w:tcPr>
    </w:tblStylePr>
    <w:tblStylePr w:type="band1Horz">
      <w:tblPr/>
      <w:tcPr>
        <w:shd w:val="clear" w:color="auto" w:fill="D3DBB7" w:themeFill="accent3" w:themeFillTint="7F"/>
      </w:tcPr>
    </w:tblStylePr>
  </w:style>
  <w:style w:type="table" w:styleId="Tramecouleur-Accent4">
    <w:name w:val="Colorful Shading Accent 4"/>
    <w:basedOn w:val="TableauNormal"/>
    <w:uiPriority w:val="71"/>
    <w:semiHidden/>
    <w:locked/>
    <w:rsid w:val="00CB0664"/>
    <w:pPr>
      <w:spacing w:after="0" w:line="240" w:lineRule="auto"/>
    </w:pPr>
    <w:rPr>
      <w:color w:val="222222" w:themeColor="text1"/>
    </w:rPr>
    <w:tblPr>
      <w:tblStyleRowBandSize w:val="1"/>
      <w:tblStyleColBandSize w:val="1"/>
      <w:tblBorders>
        <w:top w:val="single" w:sz="24" w:space="0" w:color="A8B870" w:themeColor="accent3"/>
        <w:left w:val="single" w:sz="4" w:space="0" w:color="8C6D31" w:themeColor="accent4"/>
        <w:bottom w:val="single" w:sz="4" w:space="0" w:color="8C6D31" w:themeColor="accent4"/>
        <w:right w:val="single" w:sz="4" w:space="0" w:color="8C6D31" w:themeColor="accent4"/>
        <w:insideH w:val="single" w:sz="4" w:space="0" w:color="FFFFFF" w:themeColor="background1"/>
        <w:insideV w:val="single" w:sz="4" w:space="0" w:color="FFFFFF" w:themeColor="background1"/>
      </w:tblBorders>
    </w:tblPr>
    <w:tcPr>
      <w:shd w:val="clear" w:color="auto" w:fill="F6F1E7" w:themeFill="accent4" w:themeFillTint="19"/>
    </w:tcPr>
    <w:tblStylePr w:type="firstRow">
      <w:rPr>
        <w:b/>
        <w:bCs/>
      </w:rPr>
      <w:tblPr/>
      <w:tcPr>
        <w:tcBorders>
          <w:top w:val="nil"/>
          <w:left w:val="nil"/>
          <w:bottom w:val="single" w:sz="24" w:space="0" w:color="A8B87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3411D" w:themeFill="accent4" w:themeFillShade="99"/>
      </w:tcPr>
    </w:tblStylePr>
    <w:tblStylePr w:type="firstCol">
      <w:rPr>
        <w:color w:val="FFFFFF" w:themeColor="background1"/>
      </w:rPr>
      <w:tblPr/>
      <w:tcPr>
        <w:tcBorders>
          <w:top w:val="nil"/>
          <w:left w:val="nil"/>
          <w:bottom w:val="nil"/>
          <w:right w:val="nil"/>
          <w:insideH w:val="single" w:sz="4" w:space="0" w:color="53411D" w:themeColor="accent4" w:themeShade="99"/>
          <w:insideV w:val="nil"/>
        </w:tcBorders>
        <w:shd w:val="clear" w:color="auto" w:fill="53411D"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3411D" w:themeFill="accent4" w:themeFillShade="99"/>
      </w:tcPr>
    </w:tblStylePr>
    <w:tblStylePr w:type="band1Vert">
      <w:tblPr/>
      <w:tcPr>
        <w:shd w:val="clear" w:color="auto" w:fill="DDC89F" w:themeFill="accent4" w:themeFillTint="66"/>
      </w:tcPr>
    </w:tblStylePr>
    <w:tblStylePr w:type="band1Horz">
      <w:tblPr/>
      <w:tcPr>
        <w:shd w:val="clear" w:color="auto" w:fill="D5BB88" w:themeFill="accent4" w:themeFillTint="7F"/>
      </w:tcPr>
    </w:tblStylePr>
    <w:tblStylePr w:type="neCell">
      <w:rPr>
        <w:color w:val="222222" w:themeColor="text1"/>
      </w:rPr>
    </w:tblStylePr>
    <w:tblStylePr w:type="nwCell">
      <w:rPr>
        <w:color w:val="222222" w:themeColor="text1"/>
      </w:rPr>
    </w:tblStylePr>
  </w:style>
  <w:style w:type="table" w:styleId="Tramecouleur-Accent5">
    <w:name w:val="Colorful Shading Accent 5"/>
    <w:basedOn w:val="TableauNormal"/>
    <w:uiPriority w:val="71"/>
    <w:semiHidden/>
    <w:locked/>
    <w:rsid w:val="00CB0664"/>
    <w:pPr>
      <w:spacing w:after="0" w:line="240" w:lineRule="auto"/>
    </w:pPr>
    <w:rPr>
      <w:color w:val="222222" w:themeColor="text1"/>
    </w:rPr>
    <w:tblPr>
      <w:tblStyleRowBandSize w:val="1"/>
      <w:tblStyleColBandSize w:val="1"/>
      <w:tblBorders>
        <w:top w:val="single" w:sz="24" w:space="0" w:color="9B7B8B" w:themeColor="accent6"/>
        <w:left w:val="single" w:sz="4" w:space="0" w:color="6E8AA6" w:themeColor="accent5"/>
        <w:bottom w:val="single" w:sz="4" w:space="0" w:color="6E8AA6" w:themeColor="accent5"/>
        <w:right w:val="single" w:sz="4" w:space="0" w:color="6E8AA6" w:themeColor="accent5"/>
        <w:insideH w:val="single" w:sz="4" w:space="0" w:color="FFFFFF" w:themeColor="background1"/>
        <w:insideV w:val="single" w:sz="4" w:space="0" w:color="FFFFFF" w:themeColor="background1"/>
      </w:tblBorders>
    </w:tblPr>
    <w:tcPr>
      <w:shd w:val="clear" w:color="auto" w:fill="F0F3F6" w:themeFill="accent5" w:themeFillTint="19"/>
    </w:tcPr>
    <w:tblStylePr w:type="firstRow">
      <w:rPr>
        <w:b/>
        <w:bCs/>
      </w:rPr>
      <w:tblPr/>
      <w:tcPr>
        <w:tcBorders>
          <w:top w:val="nil"/>
          <w:left w:val="nil"/>
          <w:bottom w:val="single" w:sz="24" w:space="0" w:color="9B7B8B"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F5266" w:themeFill="accent5" w:themeFillShade="99"/>
      </w:tcPr>
    </w:tblStylePr>
    <w:tblStylePr w:type="firstCol">
      <w:rPr>
        <w:color w:val="FFFFFF" w:themeColor="background1"/>
      </w:rPr>
      <w:tblPr/>
      <w:tcPr>
        <w:tcBorders>
          <w:top w:val="nil"/>
          <w:left w:val="nil"/>
          <w:bottom w:val="nil"/>
          <w:right w:val="nil"/>
          <w:insideH w:val="single" w:sz="4" w:space="0" w:color="3F5266" w:themeColor="accent5" w:themeShade="99"/>
          <w:insideV w:val="nil"/>
        </w:tcBorders>
        <w:shd w:val="clear" w:color="auto" w:fill="3F5266"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F5266" w:themeFill="accent5" w:themeFillShade="99"/>
      </w:tcPr>
    </w:tblStylePr>
    <w:tblStylePr w:type="band1Vert">
      <w:tblPr/>
      <w:tcPr>
        <w:shd w:val="clear" w:color="auto" w:fill="C4D0DB" w:themeFill="accent5" w:themeFillTint="66"/>
      </w:tcPr>
    </w:tblStylePr>
    <w:tblStylePr w:type="band1Horz">
      <w:tblPr/>
      <w:tcPr>
        <w:shd w:val="clear" w:color="auto" w:fill="B6C4D2" w:themeFill="accent5" w:themeFillTint="7F"/>
      </w:tcPr>
    </w:tblStylePr>
    <w:tblStylePr w:type="neCell">
      <w:rPr>
        <w:color w:val="222222" w:themeColor="text1"/>
      </w:rPr>
    </w:tblStylePr>
    <w:tblStylePr w:type="nwCell">
      <w:rPr>
        <w:color w:val="222222" w:themeColor="text1"/>
      </w:rPr>
    </w:tblStylePr>
  </w:style>
  <w:style w:type="table" w:styleId="Tramecouleur-Accent6">
    <w:name w:val="Colorful Shading Accent 6"/>
    <w:basedOn w:val="TableauNormal"/>
    <w:uiPriority w:val="71"/>
    <w:semiHidden/>
    <w:locked/>
    <w:rsid w:val="00CB0664"/>
    <w:pPr>
      <w:spacing w:after="0" w:line="240" w:lineRule="auto"/>
    </w:pPr>
    <w:rPr>
      <w:color w:val="222222" w:themeColor="text1"/>
    </w:rPr>
    <w:tblPr>
      <w:tblStyleRowBandSize w:val="1"/>
      <w:tblStyleColBandSize w:val="1"/>
      <w:tblBorders>
        <w:top w:val="single" w:sz="24" w:space="0" w:color="6E8AA6" w:themeColor="accent5"/>
        <w:left w:val="single" w:sz="4" w:space="0" w:color="9B7B8B" w:themeColor="accent6"/>
        <w:bottom w:val="single" w:sz="4" w:space="0" w:color="9B7B8B" w:themeColor="accent6"/>
        <w:right w:val="single" w:sz="4" w:space="0" w:color="9B7B8B" w:themeColor="accent6"/>
        <w:insideH w:val="single" w:sz="4" w:space="0" w:color="FFFFFF" w:themeColor="background1"/>
        <w:insideV w:val="single" w:sz="4" w:space="0" w:color="FFFFFF" w:themeColor="background1"/>
      </w:tblBorders>
    </w:tblPr>
    <w:tcPr>
      <w:shd w:val="clear" w:color="auto" w:fill="F5F1F3" w:themeFill="accent6" w:themeFillTint="19"/>
    </w:tcPr>
    <w:tblStylePr w:type="firstRow">
      <w:rPr>
        <w:b/>
        <w:bCs/>
      </w:rPr>
      <w:tblPr/>
      <w:tcPr>
        <w:tcBorders>
          <w:top w:val="nil"/>
          <w:left w:val="nil"/>
          <w:bottom w:val="single" w:sz="24" w:space="0" w:color="6E8AA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4853" w:themeFill="accent6" w:themeFillShade="99"/>
      </w:tcPr>
    </w:tblStylePr>
    <w:tblStylePr w:type="firstCol">
      <w:rPr>
        <w:color w:val="FFFFFF" w:themeColor="background1"/>
      </w:rPr>
      <w:tblPr/>
      <w:tcPr>
        <w:tcBorders>
          <w:top w:val="nil"/>
          <w:left w:val="nil"/>
          <w:bottom w:val="nil"/>
          <w:right w:val="nil"/>
          <w:insideH w:val="single" w:sz="4" w:space="0" w:color="5E4853" w:themeColor="accent6" w:themeShade="99"/>
          <w:insideV w:val="nil"/>
        </w:tcBorders>
        <w:shd w:val="clear" w:color="auto" w:fill="5E485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E4853" w:themeFill="accent6" w:themeFillShade="99"/>
      </w:tcPr>
    </w:tblStylePr>
    <w:tblStylePr w:type="band1Vert">
      <w:tblPr/>
      <w:tcPr>
        <w:shd w:val="clear" w:color="auto" w:fill="D7CAD0" w:themeFill="accent6" w:themeFillTint="66"/>
      </w:tcPr>
    </w:tblStylePr>
    <w:tblStylePr w:type="band1Horz">
      <w:tblPr/>
      <w:tcPr>
        <w:shd w:val="clear" w:color="auto" w:fill="CDBDC5" w:themeFill="accent6" w:themeFillTint="7F"/>
      </w:tcPr>
    </w:tblStylePr>
    <w:tblStylePr w:type="neCell">
      <w:rPr>
        <w:color w:val="222222" w:themeColor="text1"/>
      </w:rPr>
    </w:tblStylePr>
    <w:tblStylePr w:type="nwCell">
      <w:rPr>
        <w:color w:val="222222" w:themeColor="text1"/>
      </w:rPr>
    </w:tblStylePr>
  </w:style>
  <w:style w:type="table" w:styleId="Listecouleur">
    <w:name w:val="Colorful List"/>
    <w:basedOn w:val="TableauNormal"/>
    <w:uiPriority w:val="72"/>
    <w:semiHidden/>
    <w:locked/>
    <w:rsid w:val="00CB0664"/>
    <w:pPr>
      <w:spacing w:after="0" w:line="240" w:lineRule="auto"/>
    </w:pPr>
    <w:rPr>
      <w:color w:val="222222" w:themeColor="text1"/>
    </w:rPr>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3D3D3D" w:themeFill="accent2" w:themeFillShade="CC"/>
      </w:tcPr>
    </w:tblStylePr>
    <w:tblStylePr w:type="lastRow">
      <w:rPr>
        <w:b/>
        <w:bCs/>
        <w:color w:val="3D3D3D" w:themeColor="accent2" w:themeShade="CC"/>
      </w:rPr>
      <w:tblPr/>
      <w:tcPr>
        <w:tcBorders>
          <w:top w:val="single" w:sz="12" w:space="0" w:color="22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8C8C8" w:themeFill="text1" w:themeFillTint="3F"/>
      </w:tcPr>
    </w:tblStylePr>
    <w:tblStylePr w:type="band1Horz">
      <w:tblPr/>
      <w:tcPr>
        <w:shd w:val="clear" w:color="auto" w:fill="D2D2D2" w:themeFill="text1" w:themeFillTint="33"/>
      </w:tcPr>
    </w:tblStylePr>
  </w:style>
  <w:style w:type="table" w:styleId="Listecouleur-Accent1">
    <w:name w:val="Colorful List Accent 1"/>
    <w:basedOn w:val="TableauNormal"/>
    <w:uiPriority w:val="72"/>
    <w:semiHidden/>
    <w:locked/>
    <w:rsid w:val="00CB0664"/>
    <w:pPr>
      <w:spacing w:after="0" w:line="240" w:lineRule="auto"/>
    </w:pPr>
    <w:rPr>
      <w:color w:val="222222" w:themeColor="text1"/>
    </w:rPr>
    <w:tblPr>
      <w:tblStyleRowBandSize w:val="1"/>
      <w:tblStyleColBandSize w:val="1"/>
    </w:tblPr>
    <w:tcPr>
      <w:shd w:val="clear" w:color="auto" w:fill="F3FAE0" w:themeFill="accent1" w:themeFillTint="19"/>
    </w:tcPr>
    <w:tblStylePr w:type="firstRow">
      <w:rPr>
        <w:b/>
        <w:bCs/>
        <w:color w:val="FFFFFF" w:themeColor="background1"/>
      </w:rPr>
      <w:tblPr/>
      <w:tcPr>
        <w:tcBorders>
          <w:bottom w:val="single" w:sz="12" w:space="0" w:color="FFFFFF" w:themeColor="background1"/>
        </w:tcBorders>
        <w:shd w:val="clear" w:color="auto" w:fill="3D3D3D" w:themeFill="accent2" w:themeFillShade="CC"/>
      </w:tcPr>
    </w:tblStylePr>
    <w:tblStylePr w:type="lastRow">
      <w:rPr>
        <w:b/>
        <w:bCs/>
        <w:color w:val="3D3D3D" w:themeColor="accent2" w:themeShade="CC"/>
      </w:rPr>
      <w:tblPr/>
      <w:tcPr>
        <w:tcBorders>
          <w:top w:val="single" w:sz="12" w:space="0" w:color="22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2F3B3" w:themeFill="accent1" w:themeFillTint="3F"/>
      </w:tcPr>
    </w:tblStylePr>
    <w:tblStylePr w:type="band1Horz">
      <w:tblPr/>
      <w:tcPr>
        <w:shd w:val="clear" w:color="auto" w:fill="E8F5C1" w:themeFill="accent1" w:themeFillTint="33"/>
      </w:tcPr>
    </w:tblStylePr>
  </w:style>
  <w:style w:type="table" w:styleId="Listecouleur-Accent2">
    <w:name w:val="Colorful List Accent 2"/>
    <w:basedOn w:val="TableauNormal"/>
    <w:uiPriority w:val="72"/>
    <w:semiHidden/>
    <w:locked/>
    <w:rsid w:val="00CB0664"/>
    <w:pPr>
      <w:spacing w:after="0" w:line="240" w:lineRule="auto"/>
    </w:pPr>
    <w:rPr>
      <w:color w:val="222222" w:themeColor="text1"/>
    </w:rPr>
    <w:tblPr>
      <w:tblStyleRowBandSize w:val="1"/>
      <w:tblStyleColBandSize w:val="1"/>
    </w:tblPr>
    <w:tcPr>
      <w:shd w:val="clear" w:color="auto" w:fill="EDEDED" w:themeFill="accent2" w:themeFillTint="19"/>
    </w:tcPr>
    <w:tblStylePr w:type="firstRow">
      <w:rPr>
        <w:b/>
        <w:bCs/>
        <w:color w:val="FFFFFF" w:themeColor="background1"/>
      </w:rPr>
      <w:tblPr/>
      <w:tcPr>
        <w:tcBorders>
          <w:bottom w:val="single" w:sz="12" w:space="0" w:color="FFFFFF" w:themeColor="background1"/>
        </w:tcBorders>
        <w:shd w:val="clear" w:color="auto" w:fill="3D3D3D" w:themeFill="accent2" w:themeFillShade="CC"/>
      </w:tcPr>
    </w:tblStylePr>
    <w:tblStylePr w:type="lastRow">
      <w:rPr>
        <w:b/>
        <w:bCs/>
        <w:color w:val="3D3D3D" w:themeColor="accent2" w:themeShade="CC"/>
      </w:rPr>
      <w:tblPr/>
      <w:tcPr>
        <w:tcBorders>
          <w:top w:val="single" w:sz="12" w:space="0" w:color="22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2" w:themeFillTint="3F"/>
      </w:tcPr>
    </w:tblStylePr>
    <w:tblStylePr w:type="band1Horz">
      <w:tblPr/>
      <w:tcPr>
        <w:shd w:val="clear" w:color="auto" w:fill="DBDBDB" w:themeFill="accent2" w:themeFillTint="33"/>
      </w:tcPr>
    </w:tblStylePr>
  </w:style>
  <w:style w:type="table" w:styleId="Listecouleur-Accent3">
    <w:name w:val="Colorful List Accent 3"/>
    <w:basedOn w:val="TableauNormal"/>
    <w:uiPriority w:val="72"/>
    <w:semiHidden/>
    <w:locked/>
    <w:rsid w:val="00CB0664"/>
    <w:pPr>
      <w:spacing w:after="0" w:line="240" w:lineRule="auto"/>
    </w:pPr>
    <w:rPr>
      <w:color w:val="222222" w:themeColor="text1"/>
    </w:rPr>
    <w:tblPr>
      <w:tblStyleRowBandSize w:val="1"/>
      <w:tblStyleColBandSize w:val="1"/>
    </w:tblPr>
    <w:tcPr>
      <w:shd w:val="clear" w:color="auto" w:fill="F6F8F0" w:themeFill="accent3" w:themeFillTint="19"/>
    </w:tcPr>
    <w:tblStylePr w:type="firstRow">
      <w:rPr>
        <w:b/>
        <w:bCs/>
        <w:color w:val="FFFFFF" w:themeColor="background1"/>
      </w:rPr>
      <w:tblPr/>
      <w:tcPr>
        <w:tcBorders>
          <w:bottom w:val="single" w:sz="12" w:space="0" w:color="FFFFFF" w:themeColor="background1"/>
        </w:tcBorders>
        <w:shd w:val="clear" w:color="auto" w:fill="6F5627" w:themeFill="accent4" w:themeFillShade="CC"/>
      </w:tcPr>
    </w:tblStylePr>
    <w:tblStylePr w:type="lastRow">
      <w:rPr>
        <w:b/>
        <w:bCs/>
        <w:color w:val="6F5627" w:themeColor="accent4" w:themeShade="CC"/>
      </w:rPr>
      <w:tblPr/>
      <w:tcPr>
        <w:tcBorders>
          <w:top w:val="single" w:sz="12" w:space="0" w:color="22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EDDB" w:themeFill="accent3" w:themeFillTint="3F"/>
      </w:tcPr>
    </w:tblStylePr>
    <w:tblStylePr w:type="band1Horz">
      <w:tblPr/>
      <w:tcPr>
        <w:shd w:val="clear" w:color="auto" w:fill="EDF0E2" w:themeFill="accent3" w:themeFillTint="33"/>
      </w:tcPr>
    </w:tblStylePr>
  </w:style>
  <w:style w:type="table" w:styleId="Listecouleur-Accent4">
    <w:name w:val="Colorful List Accent 4"/>
    <w:basedOn w:val="TableauNormal"/>
    <w:uiPriority w:val="72"/>
    <w:semiHidden/>
    <w:locked/>
    <w:rsid w:val="00CB0664"/>
    <w:pPr>
      <w:spacing w:after="0" w:line="240" w:lineRule="auto"/>
    </w:pPr>
    <w:rPr>
      <w:color w:val="222222" w:themeColor="text1"/>
    </w:rPr>
    <w:tblPr>
      <w:tblStyleRowBandSize w:val="1"/>
      <w:tblStyleColBandSize w:val="1"/>
    </w:tblPr>
    <w:tcPr>
      <w:shd w:val="clear" w:color="auto" w:fill="F6F1E7" w:themeFill="accent4" w:themeFillTint="19"/>
    </w:tcPr>
    <w:tblStylePr w:type="firstRow">
      <w:rPr>
        <w:b/>
        <w:bCs/>
        <w:color w:val="FFFFFF" w:themeColor="background1"/>
      </w:rPr>
      <w:tblPr/>
      <w:tcPr>
        <w:tcBorders>
          <w:bottom w:val="single" w:sz="12" w:space="0" w:color="FFFFFF" w:themeColor="background1"/>
        </w:tcBorders>
        <w:shd w:val="clear" w:color="auto" w:fill="8C9E4E" w:themeFill="accent3" w:themeFillShade="CC"/>
      </w:tcPr>
    </w:tblStylePr>
    <w:tblStylePr w:type="lastRow">
      <w:rPr>
        <w:b/>
        <w:bCs/>
        <w:color w:val="8C9E4E" w:themeColor="accent3" w:themeShade="CC"/>
      </w:rPr>
      <w:tblPr/>
      <w:tcPr>
        <w:tcBorders>
          <w:top w:val="single" w:sz="12" w:space="0" w:color="22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DDC4" w:themeFill="accent4" w:themeFillTint="3F"/>
      </w:tcPr>
    </w:tblStylePr>
    <w:tblStylePr w:type="band1Horz">
      <w:tblPr/>
      <w:tcPr>
        <w:shd w:val="clear" w:color="auto" w:fill="EEE3CF" w:themeFill="accent4" w:themeFillTint="33"/>
      </w:tcPr>
    </w:tblStylePr>
  </w:style>
  <w:style w:type="table" w:styleId="Listecouleur-Accent5">
    <w:name w:val="Colorful List Accent 5"/>
    <w:basedOn w:val="TableauNormal"/>
    <w:uiPriority w:val="72"/>
    <w:semiHidden/>
    <w:locked/>
    <w:rsid w:val="00CB0664"/>
    <w:pPr>
      <w:spacing w:after="0" w:line="240" w:lineRule="auto"/>
    </w:pPr>
    <w:rPr>
      <w:color w:val="222222" w:themeColor="text1"/>
    </w:rPr>
    <w:tblPr>
      <w:tblStyleRowBandSize w:val="1"/>
      <w:tblStyleColBandSize w:val="1"/>
    </w:tblPr>
    <w:tcPr>
      <w:shd w:val="clear" w:color="auto" w:fill="F0F3F6" w:themeFill="accent5" w:themeFillTint="19"/>
    </w:tcPr>
    <w:tblStylePr w:type="firstRow">
      <w:rPr>
        <w:b/>
        <w:bCs/>
        <w:color w:val="FFFFFF" w:themeColor="background1"/>
      </w:rPr>
      <w:tblPr/>
      <w:tcPr>
        <w:tcBorders>
          <w:bottom w:val="single" w:sz="12" w:space="0" w:color="FFFFFF" w:themeColor="background1"/>
        </w:tcBorders>
        <w:shd w:val="clear" w:color="auto" w:fill="7E606F" w:themeFill="accent6" w:themeFillShade="CC"/>
      </w:tcPr>
    </w:tblStylePr>
    <w:tblStylePr w:type="lastRow">
      <w:rPr>
        <w:b/>
        <w:bCs/>
        <w:color w:val="7E606F" w:themeColor="accent6" w:themeShade="CC"/>
      </w:rPr>
      <w:tblPr/>
      <w:tcPr>
        <w:tcBorders>
          <w:top w:val="single" w:sz="12" w:space="0" w:color="22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1E9" w:themeFill="accent5" w:themeFillTint="3F"/>
      </w:tcPr>
    </w:tblStylePr>
    <w:tblStylePr w:type="band1Horz">
      <w:tblPr/>
      <w:tcPr>
        <w:shd w:val="clear" w:color="auto" w:fill="E1E7ED" w:themeFill="accent5" w:themeFillTint="33"/>
      </w:tcPr>
    </w:tblStylePr>
  </w:style>
  <w:style w:type="table" w:styleId="Listecouleur-Accent6">
    <w:name w:val="Colorful List Accent 6"/>
    <w:basedOn w:val="TableauNormal"/>
    <w:uiPriority w:val="72"/>
    <w:semiHidden/>
    <w:locked/>
    <w:rsid w:val="00CB0664"/>
    <w:pPr>
      <w:spacing w:after="0" w:line="240" w:lineRule="auto"/>
    </w:pPr>
    <w:rPr>
      <w:color w:val="222222" w:themeColor="text1"/>
    </w:rPr>
    <w:tblPr>
      <w:tblStyleRowBandSize w:val="1"/>
      <w:tblStyleColBandSize w:val="1"/>
    </w:tblPr>
    <w:tcPr>
      <w:shd w:val="clear" w:color="auto" w:fill="F5F1F3" w:themeFill="accent6" w:themeFillTint="19"/>
    </w:tcPr>
    <w:tblStylePr w:type="firstRow">
      <w:rPr>
        <w:b/>
        <w:bCs/>
        <w:color w:val="FFFFFF" w:themeColor="background1"/>
      </w:rPr>
      <w:tblPr/>
      <w:tcPr>
        <w:tcBorders>
          <w:bottom w:val="single" w:sz="12" w:space="0" w:color="FFFFFF" w:themeColor="background1"/>
        </w:tcBorders>
        <w:shd w:val="clear" w:color="auto" w:fill="546E88" w:themeFill="accent5" w:themeFillShade="CC"/>
      </w:tcPr>
    </w:tblStylePr>
    <w:tblStylePr w:type="lastRow">
      <w:rPr>
        <w:b/>
        <w:bCs/>
        <w:color w:val="546E88" w:themeColor="accent5" w:themeShade="CC"/>
      </w:rPr>
      <w:tblPr/>
      <w:tcPr>
        <w:tcBorders>
          <w:top w:val="single" w:sz="12" w:space="0" w:color="22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DEE2" w:themeFill="accent6" w:themeFillTint="3F"/>
      </w:tcPr>
    </w:tblStylePr>
    <w:tblStylePr w:type="band1Horz">
      <w:tblPr/>
      <w:tcPr>
        <w:shd w:val="clear" w:color="auto" w:fill="EBE4E7" w:themeFill="accent6" w:themeFillTint="33"/>
      </w:tcPr>
    </w:tblStylePr>
  </w:style>
  <w:style w:type="table" w:styleId="Grillecouleur">
    <w:name w:val="Colorful Grid"/>
    <w:basedOn w:val="TableauNormal"/>
    <w:uiPriority w:val="73"/>
    <w:semiHidden/>
    <w:locked/>
    <w:rsid w:val="00CB0664"/>
    <w:pPr>
      <w:spacing w:after="0" w:line="240" w:lineRule="auto"/>
    </w:pPr>
    <w:rPr>
      <w:color w:val="222222" w:themeColor="text1"/>
    </w:rPr>
    <w:tblPr>
      <w:tblStyleRowBandSize w:val="1"/>
      <w:tblStyleColBandSize w:val="1"/>
      <w:tblBorders>
        <w:insideH w:val="single" w:sz="4" w:space="0" w:color="FFFFFF" w:themeColor="background1"/>
      </w:tblBorders>
    </w:tblPr>
    <w:tcPr>
      <w:shd w:val="clear" w:color="auto" w:fill="D2D2D2" w:themeFill="text1" w:themeFillTint="33"/>
    </w:tcPr>
    <w:tblStylePr w:type="firstRow">
      <w:rPr>
        <w:b/>
        <w:bCs/>
      </w:rPr>
      <w:tblPr/>
      <w:tcPr>
        <w:shd w:val="clear" w:color="auto" w:fill="A6A6A6" w:themeFill="text1" w:themeFillTint="66"/>
      </w:tcPr>
    </w:tblStylePr>
    <w:tblStylePr w:type="lastRow">
      <w:rPr>
        <w:b/>
        <w:bCs/>
        <w:color w:val="222222" w:themeColor="text1"/>
      </w:rPr>
      <w:tblPr/>
      <w:tcPr>
        <w:shd w:val="clear" w:color="auto" w:fill="A6A6A6" w:themeFill="text1" w:themeFillTint="66"/>
      </w:tcPr>
    </w:tblStylePr>
    <w:tblStylePr w:type="firstCol">
      <w:rPr>
        <w:color w:val="FFFFFF" w:themeColor="background1"/>
      </w:rPr>
      <w:tblPr/>
      <w:tcPr>
        <w:shd w:val="clear" w:color="auto" w:fill="191919" w:themeFill="text1" w:themeFillShade="BF"/>
      </w:tcPr>
    </w:tblStylePr>
    <w:tblStylePr w:type="lastCol">
      <w:rPr>
        <w:color w:val="FFFFFF" w:themeColor="background1"/>
      </w:rPr>
      <w:tblPr/>
      <w:tcPr>
        <w:shd w:val="clear" w:color="auto" w:fill="191919" w:themeFill="text1" w:themeFillShade="BF"/>
      </w:tcPr>
    </w:tblStylePr>
    <w:tblStylePr w:type="band1Vert">
      <w:tblPr/>
      <w:tcPr>
        <w:shd w:val="clear" w:color="auto" w:fill="909090" w:themeFill="text1" w:themeFillTint="7F"/>
      </w:tcPr>
    </w:tblStylePr>
    <w:tblStylePr w:type="band1Horz">
      <w:tblPr/>
      <w:tcPr>
        <w:shd w:val="clear" w:color="auto" w:fill="909090" w:themeFill="text1" w:themeFillTint="7F"/>
      </w:tcPr>
    </w:tblStylePr>
  </w:style>
  <w:style w:type="table" w:styleId="Grillecouleur-Accent1">
    <w:name w:val="Colorful Grid Accent 1"/>
    <w:basedOn w:val="TableauNormal"/>
    <w:uiPriority w:val="73"/>
    <w:semiHidden/>
    <w:locked/>
    <w:rsid w:val="00CB0664"/>
    <w:pPr>
      <w:spacing w:after="0" w:line="240" w:lineRule="auto"/>
    </w:pPr>
    <w:rPr>
      <w:color w:val="222222" w:themeColor="text1"/>
    </w:rPr>
    <w:tblPr>
      <w:tblStyleRowBandSize w:val="1"/>
      <w:tblStyleColBandSize w:val="1"/>
      <w:tblBorders>
        <w:insideH w:val="single" w:sz="4" w:space="0" w:color="FFFFFF" w:themeColor="background1"/>
      </w:tblBorders>
    </w:tblPr>
    <w:tcPr>
      <w:shd w:val="clear" w:color="auto" w:fill="E8F5C1" w:themeFill="accent1" w:themeFillTint="33"/>
    </w:tcPr>
    <w:tblStylePr w:type="firstRow">
      <w:rPr>
        <w:b/>
        <w:bCs/>
      </w:rPr>
      <w:tblPr/>
      <w:tcPr>
        <w:shd w:val="clear" w:color="auto" w:fill="D1EC84" w:themeFill="accent1" w:themeFillTint="66"/>
      </w:tcPr>
    </w:tblStylePr>
    <w:tblStylePr w:type="lastRow">
      <w:rPr>
        <w:b/>
        <w:bCs/>
        <w:color w:val="222222" w:themeColor="text1"/>
      </w:rPr>
      <w:tblPr/>
      <w:tcPr>
        <w:shd w:val="clear" w:color="auto" w:fill="D1EC84" w:themeFill="accent1" w:themeFillTint="66"/>
      </w:tcPr>
    </w:tblStylePr>
    <w:tblStylePr w:type="firstCol">
      <w:rPr>
        <w:color w:val="FFFFFF" w:themeColor="background1"/>
      </w:rPr>
      <w:tblPr/>
      <w:tcPr>
        <w:shd w:val="clear" w:color="auto" w:fill="50660F" w:themeFill="accent1" w:themeFillShade="BF"/>
      </w:tcPr>
    </w:tblStylePr>
    <w:tblStylePr w:type="lastCol">
      <w:rPr>
        <w:color w:val="FFFFFF" w:themeColor="background1"/>
      </w:rPr>
      <w:tblPr/>
      <w:tcPr>
        <w:shd w:val="clear" w:color="auto" w:fill="50660F" w:themeFill="accent1" w:themeFillShade="BF"/>
      </w:tcPr>
    </w:tblStylePr>
    <w:tblStylePr w:type="band1Vert">
      <w:tblPr/>
      <w:tcPr>
        <w:shd w:val="clear" w:color="auto" w:fill="C6E766" w:themeFill="accent1" w:themeFillTint="7F"/>
      </w:tcPr>
    </w:tblStylePr>
    <w:tblStylePr w:type="band1Horz">
      <w:tblPr/>
      <w:tcPr>
        <w:shd w:val="clear" w:color="auto" w:fill="C6E766" w:themeFill="accent1" w:themeFillTint="7F"/>
      </w:tcPr>
    </w:tblStylePr>
  </w:style>
  <w:style w:type="table" w:styleId="Grillecouleur-Accent2">
    <w:name w:val="Colorful Grid Accent 2"/>
    <w:basedOn w:val="TableauNormal"/>
    <w:uiPriority w:val="73"/>
    <w:semiHidden/>
    <w:locked/>
    <w:rsid w:val="00CB0664"/>
    <w:pPr>
      <w:spacing w:after="0" w:line="240" w:lineRule="auto"/>
    </w:pPr>
    <w:rPr>
      <w:color w:val="222222" w:themeColor="text1"/>
    </w:rPr>
    <w:tblPr>
      <w:tblStyleRowBandSize w:val="1"/>
      <w:tblStyleColBandSize w:val="1"/>
      <w:tblBorders>
        <w:insideH w:val="single" w:sz="4" w:space="0" w:color="FFFFFF" w:themeColor="background1"/>
      </w:tblBorders>
    </w:tblPr>
    <w:tcPr>
      <w:shd w:val="clear" w:color="auto" w:fill="DBDBDB" w:themeFill="accent2" w:themeFillTint="33"/>
    </w:tcPr>
    <w:tblStylePr w:type="firstRow">
      <w:rPr>
        <w:b/>
        <w:bCs/>
      </w:rPr>
      <w:tblPr/>
      <w:tcPr>
        <w:shd w:val="clear" w:color="auto" w:fill="B7B7B7" w:themeFill="accent2" w:themeFillTint="66"/>
      </w:tcPr>
    </w:tblStylePr>
    <w:tblStylePr w:type="lastRow">
      <w:rPr>
        <w:b/>
        <w:bCs/>
        <w:color w:val="222222" w:themeColor="text1"/>
      </w:rPr>
      <w:tblPr/>
      <w:tcPr>
        <w:shd w:val="clear" w:color="auto" w:fill="B7B7B7" w:themeFill="accent2" w:themeFillTint="66"/>
      </w:tcPr>
    </w:tblStylePr>
    <w:tblStylePr w:type="firstCol">
      <w:rPr>
        <w:color w:val="FFFFFF" w:themeColor="background1"/>
      </w:rPr>
      <w:tblPr/>
      <w:tcPr>
        <w:shd w:val="clear" w:color="auto" w:fill="393939" w:themeFill="accent2" w:themeFillShade="BF"/>
      </w:tcPr>
    </w:tblStylePr>
    <w:tblStylePr w:type="lastCol">
      <w:rPr>
        <w:color w:val="FFFFFF" w:themeColor="background1"/>
      </w:rPr>
      <w:tblPr/>
      <w:tcPr>
        <w:shd w:val="clear" w:color="auto" w:fill="393939" w:themeFill="accent2" w:themeFillShade="BF"/>
      </w:tcPr>
    </w:tblStylePr>
    <w:tblStylePr w:type="band1Vert">
      <w:tblPr/>
      <w:tcPr>
        <w:shd w:val="clear" w:color="auto" w:fill="A6A6A6" w:themeFill="accent2" w:themeFillTint="7F"/>
      </w:tcPr>
    </w:tblStylePr>
    <w:tblStylePr w:type="band1Horz">
      <w:tblPr/>
      <w:tcPr>
        <w:shd w:val="clear" w:color="auto" w:fill="A6A6A6" w:themeFill="accent2" w:themeFillTint="7F"/>
      </w:tcPr>
    </w:tblStylePr>
  </w:style>
  <w:style w:type="table" w:styleId="Grillecouleur-Accent3">
    <w:name w:val="Colorful Grid Accent 3"/>
    <w:basedOn w:val="TableauNormal"/>
    <w:uiPriority w:val="73"/>
    <w:semiHidden/>
    <w:locked/>
    <w:rsid w:val="00CB0664"/>
    <w:pPr>
      <w:spacing w:after="0" w:line="240" w:lineRule="auto"/>
    </w:pPr>
    <w:rPr>
      <w:color w:val="222222" w:themeColor="text1"/>
    </w:rPr>
    <w:tblPr>
      <w:tblStyleRowBandSize w:val="1"/>
      <w:tblStyleColBandSize w:val="1"/>
      <w:tblBorders>
        <w:insideH w:val="single" w:sz="4" w:space="0" w:color="FFFFFF" w:themeColor="background1"/>
      </w:tblBorders>
    </w:tblPr>
    <w:tcPr>
      <w:shd w:val="clear" w:color="auto" w:fill="EDF0E2" w:themeFill="accent3" w:themeFillTint="33"/>
    </w:tcPr>
    <w:tblStylePr w:type="firstRow">
      <w:rPr>
        <w:b/>
        <w:bCs/>
      </w:rPr>
      <w:tblPr/>
      <w:tcPr>
        <w:shd w:val="clear" w:color="auto" w:fill="DCE2C5" w:themeFill="accent3" w:themeFillTint="66"/>
      </w:tcPr>
    </w:tblStylePr>
    <w:tblStylePr w:type="lastRow">
      <w:rPr>
        <w:b/>
        <w:bCs/>
        <w:color w:val="222222" w:themeColor="text1"/>
      </w:rPr>
      <w:tblPr/>
      <w:tcPr>
        <w:shd w:val="clear" w:color="auto" w:fill="DCE2C5" w:themeFill="accent3" w:themeFillTint="66"/>
      </w:tcPr>
    </w:tblStylePr>
    <w:tblStylePr w:type="firstCol">
      <w:rPr>
        <w:color w:val="FFFFFF" w:themeColor="background1"/>
      </w:rPr>
      <w:tblPr/>
      <w:tcPr>
        <w:shd w:val="clear" w:color="auto" w:fill="839449" w:themeFill="accent3" w:themeFillShade="BF"/>
      </w:tcPr>
    </w:tblStylePr>
    <w:tblStylePr w:type="lastCol">
      <w:rPr>
        <w:color w:val="FFFFFF" w:themeColor="background1"/>
      </w:rPr>
      <w:tblPr/>
      <w:tcPr>
        <w:shd w:val="clear" w:color="auto" w:fill="839449" w:themeFill="accent3" w:themeFillShade="BF"/>
      </w:tcPr>
    </w:tblStylePr>
    <w:tblStylePr w:type="band1Vert">
      <w:tblPr/>
      <w:tcPr>
        <w:shd w:val="clear" w:color="auto" w:fill="D3DBB7" w:themeFill="accent3" w:themeFillTint="7F"/>
      </w:tcPr>
    </w:tblStylePr>
    <w:tblStylePr w:type="band1Horz">
      <w:tblPr/>
      <w:tcPr>
        <w:shd w:val="clear" w:color="auto" w:fill="D3DBB7" w:themeFill="accent3" w:themeFillTint="7F"/>
      </w:tcPr>
    </w:tblStylePr>
  </w:style>
  <w:style w:type="table" w:styleId="Grillecouleur-Accent4">
    <w:name w:val="Colorful Grid Accent 4"/>
    <w:basedOn w:val="TableauNormal"/>
    <w:uiPriority w:val="73"/>
    <w:semiHidden/>
    <w:locked/>
    <w:rsid w:val="00CB0664"/>
    <w:pPr>
      <w:spacing w:after="0" w:line="240" w:lineRule="auto"/>
    </w:pPr>
    <w:rPr>
      <w:color w:val="222222" w:themeColor="text1"/>
    </w:rPr>
    <w:tblPr>
      <w:tblStyleRowBandSize w:val="1"/>
      <w:tblStyleColBandSize w:val="1"/>
      <w:tblBorders>
        <w:insideH w:val="single" w:sz="4" w:space="0" w:color="FFFFFF" w:themeColor="background1"/>
      </w:tblBorders>
    </w:tblPr>
    <w:tcPr>
      <w:shd w:val="clear" w:color="auto" w:fill="EEE3CF" w:themeFill="accent4" w:themeFillTint="33"/>
    </w:tcPr>
    <w:tblStylePr w:type="firstRow">
      <w:rPr>
        <w:b/>
        <w:bCs/>
      </w:rPr>
      <w:tblPr/>
      <w:tcPr>
        <w:shd w:val="clear" w:color="auto" w:fill="DDC89F" w:themeFill="accent4" w:themeFillTint="66"/>
      </w:tcPr>
    </w:tblStylePr>
    <w:tblStylePr w:type="lastRow">
      <w:rPr>
        <w:b/>
        <w:bCs/>
        <w:color w:val="222222" w:themeColor="text1"/>
      </w:rPr>
      <w:tblPr/>
      <w:tcPr>
        <w:shd w:val="clear" w:color="auto" w:fill="DDC89F" w:themeFill="accent4" w:themeFillTint="66"/>
      </w:tcPr>
    </w:tblStylePr>
    <w:tblStylePr w:type="firstCol">
      <w:rPr>
        <w:color w:val="FFFFFF" w:themeColor="background1"/>
      </w:rPr>
      <w:tblPr/>
      <w:tcPr>
        <w:shd w:val="clear" w:color="auto" w:fill="685124" w:themeFill="accent4" w:themeFillShade="BF"/>
      </w:tcPr>
    </w:tblStylePr>
    <w:tblStylePr w:type="lastCol">
      <w:rPr>
        <w:color w:val="FFFFFF" w:themeColor="background1"/>
      </w:rPr>
      <w:tblPr/>
      <w:tcPr>
        <w:shd w:val="clear" w:color="auto" w:fill="685124" w:themeFill="accent4" w:themeFillShade="BF"/>
      </w:tcPr>
    </w:tblStylePr>
    <w:tblStylePr w:type="band1Vert">
      <w:tblPr/>
      <w:tcPr>
        <w:shd w:val="clear" w:color="auto" w:fill="D5BB88" w:themeFill="accent4" w:themeFillTint="7F"/>
      </w:tcPr>
    </w:tblStylePr>
    <w:tblStylePr w:type="band1Horz">
      <w:tblPr/>
      <w:tcPr>
        <w:shd w:val="clear" w:color="auto" w:fill="D5BB88" w:themeFill="accent4" w:themeFillTint="7F"/>
      </w:tcPr>
    </w:tblStylePr>
  </w:style>
  <w:style w:type="table" w:styleId="Grillecouleur-Accent5">
    <w:name w:val="Colorful Grid Accent 5"/>
    <w:basedOn w:val="TableauNormal"/>
    <w:uiPriority w:val="73"/>
    <w:semiHidden/>
    <w:locked/>
    <w:rsid w:val="00CB0664"/>
    <w:pPr>
      <w:spacing w:after="0" w:line="240" w:lineRule="auto"/>
    </w:pPr>
    <w:rPr>
      <w:color w:val="222222" w:themeColor="text1"/>
    </w:rPr>
    <w:tblPr>
      <w:tblStyleRowBandSize w:val="1"/>
      <w:tblStyleColBandSize w:val="1"/>
      <w:tblBorders>
        <w:insideH w:val="single" w:sz="4" w:space="0" w:color="FFFFFF" w:themeColor="background1"/>
      </w:tblBorders>
    </w:tblPr>
    <w:tcPr>
      <w:shd w:val="clear" w:color="auto" w:fill="E1E7ED" w:themeFill="accent5" w:themeFillTint="33"/>
    </w:tcPr>
    <w:tblStylePr w:type="firstRow">
      <w:rPr>
        <w:b/>
        <w:bCs/>
      </w:rPr>
      <w:tblPr/>
      <w:tcPr>
        <w:shd w:val="clear" w:color="auto" w:fill="C4D0DB" w:themeFill="accent5" w:themeFillTint="66"/>
      </w:tcPr>
    </w:tblStylePr>
    <w:tblStylePr w:type="lastRow">
      <w:rPr>
        <w:b/>
        <w:bCs/>
        <w:color w:val="222222" w:themeColor="text1"/>
      </w:rPr>
      <w:tblPr/>
      <w:tcPr>
        <w:shd w:val="clear" w:color="auto" w:fill="C4D0DB" w:themeFill="accent5" w:themeFillTint="66"/>
      </w:tcPr>
    </w:tblStylePr>
    <w:tblStylePr w:type="firstCol">
      <w:rPr>
        <w:color w:val="FFFFFF" w:themeColor="background1"/>
      </w:rPr>
      <w:tblPr/>
      <w:tcPr>
        <w:shd w:val="clear" w:color="auto" w:fill="4E6780" w:themeFill="accent5" w:themeFillShade="BF"/>
      </w:tcPr>
    </w:tblStylePr>
    <w:tblStylePr w:type="lastCol">
      <w:rPr>
        <w:color w:val="FFFFFF" w:themeColor="background1"/>
      </w:rPr>
      <w:tblPr/>
      <w:tcPr>
        <w:shd w:val="clear" w:color="auto" w:fill="4E6780" w:themeFill="accent5" w:themeFillShade="BF"/>
      </w:tcPr>
    </w:tblStylePr>
    <w:tblStylePr w:type="band1Vert">
      <w:tblPr/>
      <w:tcPr>
        <w:shd w:val="clear" w:color="auto" w:fill="B6C4D2" w:themeFill="accent5" w:themeFillTint="7F"/>
      </w:tcPr>
    </w:tblStylePr>
    <w:tblStylePr w:type="band1Horz">
      <w:tblPr/>
      <w:tcPr>
        <w:shd w:val="clear" w:color="auto" w:fill="B6C4D2" w:themeFill="accent5" w:themeFillTint="7F"/>
      </w:tcPr>
    </w:tblStylePr>
  </w:style>
  <w:style w:type="table" w:styleId="Grillecouleur-Accent6">
    <w:name w:val="Colorful Grid Accent 6"/>
    <w:basedOn w:val="TableauNormal"/>
    <w:uiPriority w:val="73"/>
    <w:semiHidden/>
    <w:locked/>
    <w:rsid w:val="00CB0664"/>
    <w:pPr>
      <w:spacing w:after="0" w:line="240" w:lineRule="auto"/>
    </w:pPr>
    <w:rPr>
      <w:color w:val="222222" w:themeColor="text1"/>
    </w:rPr>
    <w:tblPr>
      <w:tblStyleRowBandSize w:val="1"/>
      <w:tblStyleColBandSize w:val="1"/>
      <w:tblBorders>
        <w:insideH w:val="single" w:sz="4" w:space="0" w:color="FFFFFF" w:themeColor="background1"/>
      </w:tblBorders>
    </w:tblPr>
    <w:tcPr>
      <w:shd w:val="clear" w:color="auto" w:fill="EBE4E7" w:themeFill="accent6" w:themeFillTint="33"/>
    </w:tcPr>
    <w:tblStylePr w:type="firstRow">
      <w:rPr>
        <w:b/>
        <w:bCs/>
      </w:rPr>
      <w:tblPr/>
      <w:tcPr>
        <w:shd w:val="clear" w:color="auto" w:fill="D7CAD0" w:themeFill="accent6" w:themeFillTint="66"/>
      </w:tcPr>
    </w:tblStylePr>
    <w:tblStylePr w:type="lastRow">
      <w:rPr>
        <w:b/>
        <w:bCs/>
        <w:color w:val="222222" w:themeColor="text1"/>
      </w:rPr>
      <w:tblPr/>
      <w:tcPr>
        <w:shd w:val="clear" w:color="auto" w:fill="D7CAD0" w:themeFill="accent6" w:themeFillTint="66"/>
      </w:tcPr>
    </w:tblStylePr>
    <w:tblStylePr w:type="firstCol">
      <w:rPr>
        <w:color w:val="FFFFFF" w:themeColor="background1"/>
      </w:rPr>
      <w:tblPr/>
      <w:tcPr>
        <w:shd w:val="clear" w:color="auto" w:fill="765967" w:themeFill="accent6" w:themeFillShade="BF"/>
      </w:tcPr>
    </w:tblStylePr>
    <w:tblStylePr w:type="lastCol">
      <w:rPr>
        <w:color w:val="FFFFFF" w:themeColor="background1"/>
      </w:rPr>
      <w:tblPr/>
      <w:tcPr>
        <w:shd w:val="clear" w:color="auto" w:fill="765967" w:themeFill="accent6" w:themeFillShade="BF"/>
      </w:tcPr>
    </w:tblStylePr>
    <w:tblStylePr w:type="band1Vert">
      <w:tblPr/>
      <w:tcPr>
        <w:shd w:val="clear" w:color="auto" w:fill="CDBDC5" w:themeFill="accent6" w:themeFillTint="7F"/>
      </w:tcPr>
    </w:tblStylePr>
    <w:tblStylePr w:type="band1Horz">
      <w:tblPr/>
      <w:tcPr>
        <w:shd w:val="clear" w:color="auto" w:fill="CDBDC5" w:themeFill="accent6" w:themeFillTint="7F"/>
      </w:tcPr>
    </w:tblStylePr>
  </w:style>
  <w:style w:type="paragraph" w:customStyle="1" w:styleId="OTInstruction">
    <w:name w:val="O&amp;T Instruction"/>
    <w:semiHidden/>
    <w:locked/>
    <w:pPr>
      <w:spacing w:after="60" w:line="240" w:lineRule="auto"/>
    </w:pPr>
    <w:rPr>
      <w:rFonts w:ascii="Garamond" w:eastAsia="Garamond" w:hAnsi="Garamond" w:cs="Garamond"/>
      <w:i/>
      <w:color w:val="666666"/>
      <w:sz w:val="17"/>
    </w:rPr>
  </w:style>
  <w:style w:type="paragraph" w:customStyle="1" w:styleId="OTMarque">
    <w:name w:val="O&amp;T Marque"/>
    <w:semiHidden/>
    <w:locked/>
    <w:pPr>
      <w:keepNext/>
      <w:spacing w:after="40" w:line="240" w:lineRule="auto"/>
    </w:pPr>
    <w:rPr>
      <w:rFonts w:ascii="Garamond" w:eastAsia="Garamond" w:hAnsi="Garamond" w:cs="Garamond"/>
      <w:b/>
      <w:color w:val="6B8915"/>
      <w:sz w:val="26"/>
    </w:rPr>
  </w:style>
  <w:style w:type="paragraph" w:customStyle="1" w:styleId="OTSection">
    <w:name w:val="O&amp;T Section"/>
    <w:semiHidden/>
    <w:locked/>
    <w:pPr>
      <w:keepNext/>
      <w:spacing w:before="120" w:after="80" w:line="240" w:lineRule="auto"/>
    </w:pPr>
    <w:rPr>
      <w:rFonts w:ascii="Garamond" w:eastAsia="Garamond" w:hAnsi="Garamond" w:cs="Garamond"/>
      <w:b/>
      <w:color w:val="6B8915"/>
      <w:sz w:val="20"/>
    </w:rPr>
  </w:style>
  <w:style w:type="paragraph" w:customStyle="1" w:styleId="OTTitrearticle">
    <w:name w:val="O&amp;T Titre article"/>
    <w:basedOn w:val="OTCorpsdetexte"/>
    <w:next w:val="OTCorpsdetexte"/>
    <w:uiPriority w:val="21"/>
    <w:qFormat/>
    <w:pPr>
      <w:keepNext/>
      <w:spacing w:before="120" w:after="120"/>
      <w:jc w:val="center"/>
    </w:pPr>
    <w:rPr>
      <w:b/>
      <w:sz w:val="32"/>
    </w:rPr>
  </w:style>
  <w:style w:type="paragraph" w:customStyle="1" w:styleId="OTAuteurs">
    <w:name w:val="O&amp;T Auteurs"/>
    <w:basedOn w:val="OTCorpsdetexte"/>
    <w:next w:val="OTCorpsdetexte"/>
    <w:uiPriority w:val="22"/>
    <w:qFormat/>
    <w:pPr>
      <w:keepNext/>
      <w:spacing w:after="40"/>
      <w:jc w:val="center"/>
    </w:pPr>
  </w:style>
  <w:style w:type="paragraph" w:customStyle="1" w:styleId="OTAffiliation">
    <w:name w:val="O&amp;T Affiliation"/>
    <w:basedOn w:val="OTCorpsdetexte"/>
    <w:next w:val="OTCorpsdetexte"/>
    <w:uiPriority w:val="23"/>
    <w:qFormat/>
    <w:pPr>
      <w:keepNext/>
      <w:spacing w:after="20"/>
      <w:jc w:val="center"/>
    </w:pPr>
    <w:rPr>
      <w:sz w:val="19"/>
    </w:rPr>
  </w:style>
  <w:style w:type="paragraph" w:customStyle="1" w:styleId="OTRsum">
    <w:name w:val="O&amp;T Résumé"/>
    <w:basedOn w:val="OTCorpsdetexte"/>
    <w:next w:val="OTCorpsdetexte"/>
    <w:uiPriority w:val="6"/>
    <w:qFormat/>
    <w:pPr>
      <w:spacing w:before="60" w:after="60"/>
    </w:pPr>
  </w:style>
  <w:style w:type="paragraph" w:customStyle="1" w:styleId="OTMots-cls">
    <w:name w:val="O&amp;T Mots-clés"/>
    <w:basedOn w:val="OTCorpsdetexte"/>
    <w:next w:val="OTCorpsdetexte"/>
    <w:uiPriority w:val="7"/>
    <w:qFormat/>
    <w:pPr>
      <w:spacing w:after="100"/>
      <w:jc w:val="left"/>
    </w:pPr>
    <w:rPr>
      <w:sz w:val="21"/>
    </w:rPr>
  </w:style>
  <w:style w:type="paragraph" w:customStyle="1" w:styleId="OTIntroduction">
    <w:name w:val="O&amp;T Introduction"/>
    <w:basedOn w:val="OTCorpsdetexte"/>
    <w:next w:val="OTCorpsdetexte"/>
    <w:uiPriority w:val="5"/>
    <w:qFormat/>
    <w:pPr>
      <w:keepNext/>
      <w:spacing w:before="160"/>
      <w:jc w:val="left"/>
      <w:outlineLvl w:val="0"/>
    </w:pPr>
    <w:rPr>
      <w:b/>
      <w:sz w:val="24"/>
    </w:rPr>
  </w:style>
  <w:style w:type="paragraph" w:customStyle="1" w:styleId="OTTitre1">
    <w:name w:val="O&amp;T Titre 1"/>
    <w:basedOn w:val="OTCorpsdetexte"/>
    <w:next w:val="OTCorpsdetexte"/>
    <w:uiPriority w:val="2"/>
    <w:qFormat/>
    <w:pPr>
      <w:keepNext/>
      <w:tabs>
        <w:tab w:val="num" w:pos="360"/>
      </w:tabs>
      <w:spacing w:before="160"/>
      <w:jc w:val="left"/>
      <w:outlineLvl w:val="0"/>
    </w:pPr>
    <w:rPr>
      <w:b/>
      <w:sz w:val="24"/>
    </w:rPr>
  </w:style>
  <w:style w:type="paragraph" w:customStyle="1" w:styleId="OTTitre2">
    <w:name w:val="O&amp;T Titre 2"/>
    <w:basedOn w:val="OTCorpsdetexte"/>
    <w:next w:val="OTCorpsdetexte"/>
    <w:uiPriority w:val="3"/>
    <w:qFormat/>
    <w:pPr>
      <w:keepNext/>
      <w:numPr>
        <w:ilvl w:val="1"/>
        <w:numId w:val="1"/>
      </w:numPr>
      <w:spacing w:before="140" w:after="60"/>
      <w:jc w:val="left"/>
      <w:outlineLvl w:val="1"/>
    </w:pPr>
    <w:rPr>
      <w:b/>
      <w:sz w:val="24"/>
    </w:rPr>
  </w:style>
  <w:style w:type="paragraph" w:customStyle="1" w:styleId="OTTitre3">
    <w:name w:val="O&amp;T Titre 3"/>
    <w:basedOn w:val="OTCorpsdetexte"/>
    <w:next w:val="OTCorpsdetexte"/>
    <w:uiPriority w:val="4"/>
    <w:qFormat/>
    <w:pPr>
      <w:keepNext/>
      <w:numPr>
        <w:ilvl w:val="2"/>
        <w:numId w:val="1"/>
      </w:numPr>
      <w:spacing w:before="120" w:after="60"/>
      <w:jc w:val="left"/>
      <w:outlineLvl w:val="2"/>
    </w:pPr>
    <w:rPr>
      <w:b/>
      <w:sz w:val="24"/>
    </w:rPr>
  </w:style>
  <w:style w:type="paragraph" w:customStyle="1" w:styleId="OTLgende">
    <w:name w:val="O&amp;T Légende"/>
    <w:basedOn w:val="OTCorpsdetexte"/>
    <w:semiHidden/>
    <w:locked/>
    <w:pPr>
      <w:jc w:val="center"/>
    </w:pPr>
    <w:rPr>
      <w:b/>
      <w:color w:val="222222"/>
      <w:sz w:val="18"/>
    </w:rPr>
  </w:style>
  <w:style w:type="paragraph" w:customStyle="1" w:styleId="OTCitationlongue">
    <w:name w:val="O&amp;T Citation longue"/>
    <w:basedOn w:val="OTCorpsdetexte"/>
    <w:next w:val="OTCorpsdetexte"/>
    <w:uiPriority w:val="8"/>
    <w:qFormat/>
    <w:pPr>
      <w:keepLines/>
      <w:spacing w:before="60"/>
      <w:ind w:left="567" w:right="1281"/>
    </w:pPr>
    <w:rPr>
      <w:sz w:val="21"/>
    </w:rPr>
  </w:style>
  <w:style w:type="paragraph" w:customStyle="1" w:styleId="OTNotefin">
    <w:name w:val="O&amp;T Note fin"/>
    <w:basedOn w:val="OTCorpsdetexte"/>
    <w:next w:val="OTCorpsdetexte"/>
    <w:uiPriority w:val="12"/>
    <w:qFormat/>
    <w:pPr>
      <w:spacing w:after="40"/>
    </w:pPr>
    <w:rPr>
      <w:sz w:val="20"/>
    </w:rPr>
  </w:style>
  <w:style w:type="paragraph" w:customStyle="1" w:styleId="OTRfrence">
    <w:name w:val="O&amp;T Référence"/>
    <w:basedOn w:val="OTCorpsdetexte"/>
    <w:next w:val="OTCorpsdetexte"/>
    <w:uiPriority w:val="11"/>
    <w:qFormat/>
    <w:pPr>
      <w:keepLines/>
      <w:spacing w:after="60"/>
      <w:ind w:left="283" w:hanging="283"/>
      <w:jc w:val="left"/>
    </w:pPr>
    <w:rPr>
      <w:sz w:val="21"/>
    </w:rPr>
  </w:style>
  <w:style w:type="paragraph" w:customStyle="1" w:styleId="OTBiographie">
    <w:name w:val="O&amp;T Biographie"/>
    <w:basedOn w:val="OTCorpsdetexte"/>
    <w:next w:val="OTCorpsdetexte"/>
    <w:uiPriority w:val="13"/>
    <w:qFormat/>
    <w:pPr>
      <w:spacing w:after="40"/>
      <w:jc w:val="left"/>
    </w:pPr>
    <w:rPr>
      <w:sz w:val="20"/>
    </w:rPr>
  </w:style>
  <w:style w:type="paragraph" w:customStyle="1" w:styleId="OTCorpsdetexte">
    <w:name w:val="O&amp;T Corps de texte"/>
    <w:basedOn w:val="Normal"/>
    <w:uiPriority w:val="1"/>
    <w:qFormat/>
    <w:pPr>
      <w:spacing w:after="80"/>
    </w:pPr>
    <w:rPr>
      <w:color w:val="333333"/>
    </w:rPr>
  </w:style>
  <w:style w:type="paragraph" w:customStyle="1" w:styleId="OTListepuces">
    <w:name w:val="O&amp;T Liste à puces"/>
    <w:basedOn w:val="OTCorpsdetexte"/>
    <w:uiPriority w:val="9"/>
    <w:qFormat/>
    <w:pPr>
      <w:spacing w:after="40"/>
      <w:ind w:left="357" w:hanging="181"/>
    </w:pPr>
    <w:rPr>
      <w:color w:val="222222"/>
    </w:rPr>
  </w:style>
  <w:style w:type="paragraph" w:customStyle="1" w:styleId="OTListenumrote">
    <w:name w:val="O&amp;T Liste numérotée"/>
    <w:basedOn w:val="OTCorpsdetexte"/>
    <w:uiPriority w:val="10"/>
    <w:qFormat/>
    <w:pPr>
      <w:spacing w:after="40"/>
      <w:ind w:left="357" w:hanging="181"/>
    </w:pPr>
    <w:rPr>
      <w:color w:val="222222"/>
    </w:rPr>
  </w:style>
  <w:style w:type="paragraph" w:customStyle="1" w:styleId="OTTextetableau">
    <w:name w:val="O&amp;T Texte tableau"/>
    <w:basedOn w:val="OTCorpsdetexte"/>
    <w:uiPriority w:val="19"/>
    <w:qFormat/>
    <w:pPr>
      <w:spacing w:after="0"/>
      <w:jc w:val="left"/>
    </w:pPr>
    <w:rPr>
      <w:sz w:val="20"/>
    </w:rPr>
  </w:style>
  <w:style w:type="paragraph" w:customStyle="1" w:styleId="OTEnttetableau">
    <w:name w:val="O&amp;T Entête tableau"/>
    <w:basedOn w:val="OTTextetableau"/>
    <w:next w:val="OTTextetableau"/>
    <w:uiPriority w:val="20"/>
    <w:qFormat/>
    <w:rPr>
      <w:b/>
    </w:rPr>
  </w:style>
  <w:style w:type="character" w:customStyle="1" w:styleId="OTItalique">
    <w:name w:val="O&amp;T Italique"/>
    <w:uiPriority w:val="24"/>
    <w:qFormat/>
    <w:rPr>
      <w:rFonts w:ascii="Garamond" w:eastAsia="Garamond" w:hAnsi="Garamond" w:cs="Garamond"/>
      <w:b w:val="0"/>
      <w:i/>
      <w:color w:val="333333"/>
      <w:sz w:val="22"/>
    </w:rPr>
  </w:style>
  <w:style w:type="character" w:customStyle="1" w:styleId="OTGras">
    <w:name w:val="O&amp;T Gras"/>
    <w:uiPriority w:val="25"/>
    <w:qFormat/>
    <w:rPr>
      <w:rFonts w:ascii="Garamond" w:eastAsia="Garamond" w:hAnsi="Garamond" w:cs="Garamond"/>
      <w:b/>
      <w:i w:val="0"/>
      <w:color w:val="333333"/>
      <w:sz w:val="22"/>
    </w:rPr>
  </w:style>
  <w:style w:type="character" w:customStyle="1" w:styleId="OTExposant">
    <w:name w:val="O&amp;T Exposant"/>
    <w:uiPriority w:val="26"/>
    <w:qFormat/>
    <w:rPr>
      <w:rFonts w:ascii="Garamond" w:eastAsia="Garamond" w:hAnsi="Garamond" w:cs="Garamond"/>
      <w:b w:val="0"/>
      <w:i w:val="0"/>
      <w:color w:val="333333"/>
      <w:sz w:val="22"/>
      <w:vertAlign w:val="superscript"/>
    </w:rPr>
  </w:style>
  <w:style w:type="character" w:customStyle="1" w:styleId="OTIndice">
    <w:name w:val="O&amp;T Indice"/>
    <w:uiPriority w:val="27"/>
    <w:qFormat/>
    <w:rPr>
      <w:rFonts w:ascii="Garamond" w:eastAsia="Garamond" w:hAnsi="Garamond" w:cs="Garamond"/>
      <w:b w:val="0"/>
      <w:i w:val="0"/>
      <w:color w:val="333333"/>
      <w:sz w:val="22"/>
      <w:vertAlign w:val="subscript"/>
    </w:rPr>
  </w:style>
  <w:style w:type="paragraph" w:customStyle="1" w:styleId="OTFigure">
    <w:name w:val="O&amp;T Figure"/>
    <w:uiPriority w:val="14"/>
    <w:qFormat/>
    <w:pPr>
      <w:keepLines/>
      <w:spacing w:after="0" w:line="240" w:lineRule="auto"/>
      <w:jc w:val="center"/>
    </w:pPr>
    <w:rPr>
      <w:rFonts w:ascii="Garamond" w:eastAsia="Garamond" w:hAnsi="Garamond" w:cs="Garamond"/>
      <w:color w:val="333333"/>
      <w:sz w:val="20"/>
    </w:rPr>
  </w:style>
  <w:style w:type="paragraph" w:customStyle="1" w:styleId="OTLgendefigure">
    <w:name w:val="O&amp;T Légende figure"/>
    <w:uiPriority w:val="15"/>
    <w:qFormat/>
    <w:pPr>
      <w:spacing w:before="60" w:after="100" w:line="240" w:lineRule="auto"/>
      <w:jc w:val="center"/>
    </w:pPr>
    <w:rPr>
      <w:rFonts w:ascii="Garamond" w:eastAsia="Garamond" w:hAnsi="Garamond" w:cs="Garamond"/>
      <w:b/>
      <w:color w:val="333333"/>
      <w:sz w:val="18"/>
    </w:rPr>
  </w:style>
  <w:style w:type="paragraph" w:customStyle="1" w:styleId="OTLgendetableau">
    <w:name w:val="O&amp;T Légende tableau"/>
    <w:uiPriority w:val="16"/>
    <w:qFormat/>
    <w:pPr>
      <w:spacing w:before="60" w:after="100" w:line="240" w:lineRule="auto"/>
      <w:jc w:val="center"/>
    </w:pPr>
    <w:rPr>
      <w:rFonts w:ascii="Garamond" w:eastAsia="Garamond" w:hAnsi="Garamond" w:cs="Garamond"/>
      <w:b/>
      <w:color w:val="333333"/>
      <w:sz w:val="18"/>
    </w:rPr>
  </w:style>
  <w:style w:type="paragraph" w:customStyle="1" w:styleId="OTNotetableau">
    <w:name w:val="O&amp;T Note tableau"/>
    <w:uiPriority w:val="17"/>
    <w:qFormat/>
    <w:pPr>
      <w:spacing w:before="20" w:after="100" w:line="240" w:lineRule="auto"/>
    </w:pPr>
    <w:rPr>
      <w:rFonts w:ascii="Garamond" w:eastAsia="Garamond" w:hAnsi="Garamond" w:cs="Garamond"/>
      <w:color w:val="333333"/>
      <w:sz w:val="18"/>
    </w:rPr>
  </w:style>
  <w:style w:type="paragraph" w:customStyle="1" w:styleId="OTNotefigure">
    <w:name w:val="O&amp;T Note figure"/>
    <w:uiPriority w:val="18"/>
    <w:qFormat/>
    <w:pPr>
      <w:spacing w:before="20" w:after="100" w:line="240" w:lineRule="auto"/>
    </w:pPr>
    <w:rPr>
      <w:rFonts w:ascii="Garamond" w:eastAsia="Garamond" w:hAnsi="Garamond" w:cs="Garamond"/>
      <w:color w:val="333333"/>
      <w:sz w:val="18"/>
    </w:rPr>
  </w:style>
  <w:style w:type="character" w:styleId="Lienhypertexte">
    <w:name w:val="Hyperlink"/>
    <w:basedOn w:val="Policepardfaut"/>
    <w:semiHidden/>
    <w:rPr>
      <w:rFonts w:ascii="Garamond" w:eastAsia="Garamond" w:hAnsi="Garamond" w:cs="Garamond"/>
      <w:color w:val="0563C1"/>
      <w:u w:val="none"/>
    </w:rPr>
  </w:style>
  <w:style w:type="character" w:styleId="Lienhypertextesuivivisit">
    <w:name w:val="FollowedHyperlink"/>
    <w:basedOn w:val="Policepardfaut"/>
    <w:semiHidden/>
    <w:rPr>
      <w:rFonts w:ascii="Garamond" w:eastAsia="Garamond" w:hAnsi="Garamond" w:cs="Garamond"/>
      <w:color w:val="6B4C7A"/>
      <w:u w:val="none"/>
    </w:rPr>
  </w:style>
  <w:style w:type="table" w:customStyle="1" w:styleId="OTTableaustandard">
    <w:name w:val="O&amp;T Tableau standard"/>
    <w:uiPriority w:val="28"/>
    <w:qFormat/>
    <w:pPr>
      <w:spacing w:after="0" w:line="240" w:lineRule="auto"/>
    </w:pPr>
    <w:rPr>
      <w:rFonts w:ascii="Garamond" w:eastAsia="Garamond" w:hAnsi="Garamond" w:cs="Garamond"/>
      <w:sz w:val="20"/>
      <w:szCs w:val="20"/>
      <w:lang w:val="fr-CA" w:eastAsia="fr-CA"/>
    </w:rPr>
    <w:tblP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top w:w="70" w:type="dxa"/>
        <w:left w:w="90" w:type="dxa"/>
        <w:bottom w:w="70" w:type="dxa"/>
        <w:right w:w="90" w:type="dxa"/>
      </w:tblCellMar>
    </w:tblPr>
    <w:tblStylePr w:type="firstRow">
      <w:rPr>
        <w:rFonts w:ascii="Garamond" w:eastAsia="Garamond" w:hAnsi="Garamond" w:cs="Garamond"/>
        <w:b/>
      </w:rPr>
      <w:tblPr/>
      <w:tcPr>
        <w:shd w:val="clear" w:color="auto" w:fill="D9D9D9"/>
      </w:tcPr>
    </w:tblStylePr>
  </w:style>
  <w:style w:type="table" w:customStyle="1" w:styleId="OTCadreinstruction">
    <w:name w:val="O&amp;T Cadre instruction"/>
    <w:semiHidden/>
    <w:locked/>
    <w:tblPr>
      <w:tblBorders>
        <w:top w:val="single" w:sz="4" w:space="0" w:color="C8C8C8"/>
        <w:left w:val="single" w:sz="4" w:space="0" w:color="C8C8C8"/>
        <w:bottom w:val="single" w:sz="4" w:space="0" w:color="C8C8C8"/>
        <w:right w:val="single" w:sz="4" w:space="0" w:color="C8C8C8"/>
        <w:insideH w:val="single" w:sz="6" w:space="0" w:color="808080"/>
        <w:insideV w:val="single" w:sz="6" w:space="0" w:color="808080"/>
      </w:tblBorders>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rganisations &amp; Territoires">
  <a:themeElements>
    <a:clrScheme name="Office">
      <a:dk1>
        <a:srgbClr val="222222"/>
      </a:dk1>
      <a:lt1>
        <a:srgbClr val="FFFFFF"/>
      </a:lt1>
      <a:dk2>
        <a:srgbClr val="4A4A4A"/>
      </a:dk2>
      <a:lt2>
        <a:srgbClr val="F2F2F2"/>
      </a:lt2>
      <a:accent1>
        <a:srgbClr val="6B8915"/>
      </a:accent1>
      <a:accent2>
        <a:srgbClr val="4D4D4D"/>
      </a:accent2>
      <a:accent3>
        <a:srgbClr val="A8B870"/>
      </a:accent3>
      <a:accent4>
        <a:srgbClr val="8C6D31"/>
      </a:accent4>
      <a:accent5>
        <a:srgbClr val="6E8AA6"/>
      </a:accent5>
      <a:accent6>
        <a:srgbClr val="9B7B8B"/>
      </a:accent6>
      <a:hlink>
        <a:srgbClr val="0563C1"/>
      </a:hlink>
      <a:folHlink>
        <a:srgbClr val="6B4C7A"/>
      </a:folHlink>
    </a:clrScheme>
    <a:fontScheme name="Office">
      <a:majorFont>
        <a:latin typeface="Garamond"/>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Garamond"/>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UI/customUI.xml><?xml version="1.0" encoding="utf-8"?>
<customUI xmlns="http://schemas.microsoft.com/office/2006/01/customui">
  <ribbon>
    <tabs>
      <tab id="OTStylesTab" label="O&amp;T — Styles">
        <group id="OTStylesGroup" label="Styles du manuscrit O&amp;T">
          <control idMso="StyleGalleryClassic"/>
          <button idMso="StylesPane" size="large"/>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1112</Words>
  <Characters>6120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officiel de manuscrit – Organisations &amp; Territoires – V1.3</dc:title>
  <dc:subject>Gabarit de soumission conforme au Guide des auteurs v1.3 – styles, tableaux et thème graphique O&amp;T contrôlés</dc:subject>
  <dc:creator>Revue Organisations &amp; Territoires</dc:creator>
  <cp:keywords>Organisations &amp; Territoires; modèle de manuscrit; Guide des auteurs v1.3; APA 7</cp:keywords>
  <dc:description>Version de révision : propositions d’alignement au Guide des auteurs v1.3 visibles en rouge, avec texte remplacé conservé en barré.</dc:description>
  <cp:lastModifiedBy>Philippe Boigey</cp:lastModifiedBy>
  <cp:revision>6</cp:revision>
  <dcterms:created xsi:type="dcterms:W3CDTF">2013-12-23T23:15:00Z</dcterms:created>
  <dcterms:modified xsi:type="dcterms:W3CDTF">2026-10-05T18:35:00Z</dcterms:modified>
  <cp:category/>
</cp:coreProperties>
</file>

<file path=userCustomization/customUI.xml><?xml version="1.0" encoding="utf-8"?>
<mso:customUI xmlns:mso="http://schemas.microsoft.com/office/2006/01/customui">
  <mso:ribbon>
    <mso:qat>
      <mso:documentControls>
        <mso:control idQ="mso:StyleGalleryClassic" visible="true"/>
        <mso:control idQ="mso:StylesPane" visible="true"/>
      </mso:documentControls>
    </mso:qat>
  </mso:ribbon>
</mso:customUI>
</file>